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hide product price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hide product price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