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邀请有礼使用说明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邀请有礼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邀请有礼】是一个可以提升直播间观看量的功能。根据邀请人数分发奖品，且支持根据不同邀请人数梯度，关联不同奖品，全面激发不同邀请能力的观众，完成直播间的邀请动作，从而提高直播间观看人数，达到直播间裂变目的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通过奖品激励观众邀请好友观看直播，达到直播间裂变的目的。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场景一：某客户举办一场带货直播，希望更多观众能进到直播间观看。因此使用邀请有礼功能，通过让观众不断邀请好友观看直播，直播间达到非常高的观看量，从而带动下单量。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使用教程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75134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617814c26722dc3b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75134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功能点清单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根据邀请人数梯度设置奖品领奖方式支持填写收货地址、二维码和跳转链接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注意事项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一个频道仅支持发起一场邀请有礼活动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SDK对接指南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1、支持jssdk对接（使用V3观看页SDK）；</w:t>
            </w:r>
          </w:p>
        </w:tc>
      </w:tr>
    </w:tbl>
    <w:p>
      <w:pPr>
        <w:spacing w:after="40"/>
      </w:pPr>
    </w:p>
    <w:p>
      <w:pPr>
        <w:pStyle w:val="Heading1"/>
      </w:pPr>
      <w:r>
        <w:t>二、操作说明</w:t>
      </w:r>
    </w:p>
    <w:p>
      <w:pPr>
        <w:pStyle w:val="Heading2"/>
      </w:pPr>
      <w:r>
        <w:t>1、设置邀请有礼活动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1.1 在频道-邀请海报-邀请榜中，点击【去设置】；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460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4673ed58ea7914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46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1.2 完成基本设置后，开启活动并保存即可。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活动截止时间：活动结束时，根据当前直播间观众的邀请人数，划分到不同梯度，根据活动奖励中的梯度，分发不同的奖品；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活动介绍：支持编辑成图文，观众可见该内容；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活动奖励：根据邀请人数进行排名，再根据排名区间，基于不同的奖品。例如可设置成第1-3名领取A奖品；第4-10名领取B奖品；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1058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32f21252ac22cc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10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2、查看活动数据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2.1 在频道-直播间统计-邀请有礼中，可查看到邀请有礼活动期间产生的数据。直播结束后，可再次导出满足用户，以及观众提交的领奖信息；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1704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faa78477cdbc77b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170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3、观众参与活动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3.1 邀请活动开启后，观众可在直播间中参与邀请活动。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0618988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2290d03cfaca7f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06189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3.2 邀请活动结束后，邀请人数处于对应奖励梯度中，则可以活动对应奖品，此时可以按照领奖方式领取奖品。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![](https://liveimages.videocc.net/help_doc/7ed07e76-a901-40f3-9ff1-c10be6fed226.png)!</w:t>
      </w:r>
    </w:p>
    <w:p>
      <w:pPr>
        <w:pStyle w:val="Heading1"/>
      </w:pPr>
      <w:r>
        <w:t>三、功能开通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若需上述功能，请联系商务开通使用。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邀请有礼使用说明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