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数据大屏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最近更新时间：2026-04-10</w:t>
      </w:r>
    </w:p>
    <w:p>
      <w:pPr>
        <w:pStyle w:val="Heading1"/>
      </w:pPr>
      <w:r>
        <w:t>功能说明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数据大屏用于在直播过程中实时展示直播间的各项数据指标，包括观看人数、互动数据、观众地域分布、实时趋势等。运营人员可通过数据大屏了解当前直播效果，辅助调整直播内容与运营策略。</w:t>
      </w:r>
    </w:p>
    <w:p>
      <w:pPr>
        <w:pStyle w:val="Heading1"/>
      </w:pPr>
      <w:r>
        <w:t>数据大屏使用说明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入口一：直播间列表-更多-数据大屏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636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5c5629451b7e79f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636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入口二：直播间详情-数据大屏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6364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67cb8419a04b4e8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636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数据大屏操作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切换场次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6364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483fdb5ff225440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636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自定义展示数据指标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6364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c3c40e780e3f5f2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636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免密分享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6364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85e729711c2a2ba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636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查看所有正在直播的频道的数据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主账号可见全部频道范围，子账号仅可查看权限范围内的频道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1591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8aa566000087418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15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数据类型说明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当前页面数据的数据粒度与统计方式与计费数据不同，仅供运营分析使用。对账请前往财务中心进行查询。</w:t>
      </w:r>
    </w:p>
    <w:p>
      <w:pPr>
        <w:pStyle w:val="Heading2"/>
      </w:pPr>
      <w:r>
        <w:t>核心指标（中上）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数据类型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数据定义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数据获取时效性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实时在线人数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当前直播间在线观众人数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15 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直播观看人次（PV）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直播开始到直播结束的时间范围内，进入直播间的用户总次数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 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直播观看人数（UV）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直播开始到直播结束的时间范围内，进入直播间的用户总数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 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直播间浏览量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直播创建开始至今，用户进入直播间的总次数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15 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最高在线人数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直播开始到直播结束的时间范围内，直播间的最高在线人数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≤5 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人均观看时长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所有用户观看直播总时长 / 累计观看人数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 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点赞数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直播创建开始至今，当前直播间的点赞数量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15 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评论数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本次直播用户评论总条数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 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评论人数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本次直播评论用户总人数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 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商品点击次数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该频道商品库的商品在所有终端的点击次数，点击位置包含商品列表、商品推送卡片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&lt;1 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商品点击人数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该频道商品库的商品在所有终端的点击人数，点击位置包含商品列表、商品推送卡片；同一观众在同一终端下点击多次会去重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&lt;1 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下单按钮点击次数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该频道商品库中支持直接购买的普通产品，在 H5 观看页访问下单页并点击提交订单按钮的次数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&lt;1 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下单按钮点击人数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该频道商品库中支持直接购买的普通产品，在 H5 观看页访问下单页并点击提交订单按钮的人数；同一观众点击多次会去重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&lt;1 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商品销量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该频道商品库中直接购买的普通产品的商品总销量。已下单待支付状态不统计，支付成功才统计；剔除 0 元订单；同一观众针对同一商品多次下单不去重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成交人数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该频道商品库中直接购买的普通产品的成交总人数。已下单待支付状态不统计，支付成功才统计；剔除 0 元订单；同一观众针对同一商品多次下单会去重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成交金额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该频道商品库中直接购买的普通产品的成交总金额。已下单待支付状态不统计，支付成功才统计；剔除 0 元订单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—</w:t>
            </w:r>
          </w:p>
        </w:tc>
      </w:tr>
    </w:tbl>
    <w:p>
      <w:pPr>
        <w:spacing w:after="40"/>
      </w:pPr>
    </w:p>
    <w:p>
      <w:pPr>
        <w:pStyle w:val="Heading2"/>
      </w:pPr>
      <w:r>
        <w:t>实时趋势（左侧）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数据类型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数据定义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数据获取时效性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在线人数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每两分钟内，直播间实时在线人数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≤5 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评论数量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每两分钟内，直播间实时评论数量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 分钟</w:t>
            </w:r>
          </w:p>
        </w:tc>
      </w:tr>
    </w:tbl>
    <w:p>
      <w:pPr>
        <w:spacing w:after="40"/>
      </w:pPr>
    </w:p>
    <w:p>
      <w:pPr>
        <w:pStyle w:val="Heading2"/>
      </w:pPr>
      <w:r>
        <w:t>邀请榜（左侧）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数据类型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数据定义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数据获取时效性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邀请人数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直播创建开始至今，当前直播间的所有邀请人以及邀请数量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15 秒</w:t>
            </w:r>
          </w:p>
        </w:tc>
      </w:tr>
    </w:tbl>
    <w:p>
      <w:pPr>
        <w:spacing w:after="40"/>
      </w:pPr>
    </w:p>
    <w:p>
      <w:pPr>
        <w:pStyle w:val="Heading2"/>
      </w:pPr>
      <w:r>
        <w:t>评论（右侧）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数据类型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数据定义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数据获取时效性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实时评论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展示当前直播间的实时评论，支持查看往期评论内容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</w:t>
            </w:r>
          </w:p>
        </w:tc>
      </w:tr>
    </w:tbl>
    <w:p>
      <w:pPr>
        <w:spacing w:after="40"/>
      </w:pPr>
    </w:p>
    <w:p>
      <w:pPr>
        <w:pStyle w:val="Heading2"/>
      </w:pPr>
      <w:r>
        <w:t>观众地域（中下）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数据类型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数据定义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数据获取时效性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地域分布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用户访问直播间时所处的地域分布；一个用户可能会有多个地域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 分钟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数据大屏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