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矩阵直播间使用说明</w:t>
      </w:r>
    </w:p>
    <w:p>
      <w:pPr>
        <w:pStyle w:val="Heading1"/>
      </w:pPr>
      <w:r>
        <w:t>一、产品概览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产品信息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矩阵直播间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矩阵直播间】是一款面向总部+代理的内容转推功能，通过子频道（接收转播）转播母频道（发起转播）的画面，同时子频道的代理作为主播角色可解说或评论母频道的内容，与子频道直播间的观众进行互动和答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发挥代理服务优势——陪伴式服务。精准化营销，对的内容，通过代理，遇到对的客户。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一：总部的分析师定期开播，通过直播的方式传递投资信号，不断生产的视频内容也逐步丰富了平台的素材库；代理则在素材库的众多直播内容中，选择适合自己客户的直播内容进行转播，转播时作为主播进入直播间，与客户进行互动，陪伴客户看直播，同时可以答疑或推荐理财产品，借助专业的内容与客户建立更深连接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92685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04dc82c87411f25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9268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转推：总部生产直播内容，分支机构的代理转推直播内容，与客户在直播间面对面观看直播，提供陪伴服务，及时解决客户疑问；转推布局：代理转推直播内容时，支持代理自行更改直播画面布局；画中画布局，对代理摄像头画面切换位置，不遮挡转播直播画面；代理管理：总部直接管理分支机构下的代理账号 ，且对直播素材做转播权控制，直播后可支持查看全部代理的转播数据；系统对接：支持对接企业系统，打通代理账号，回传直播数据。利用企业内部已有的权限审核机制和素材管理，结合矩阵直播间系统，更好进行转播权的风险把控，以及营销转化分析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SDK对接指南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1、支持jssdk、移动端、小程序对接；2、支持APP开播端对接；3、支持后台api对接（创建、管理、数据）；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1、创建母频道（发起转播频道）和子频道（接收转播频道）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 进入直播后台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799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1e7bd31b4c18ac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79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 创建母频道。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8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2890d301fca69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1.3 创建子频道。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494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b781359237dd98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4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2、矩阵频道关联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进入母频道，点击【转播】功能。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10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016c553205a6c4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1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 点击【关联接收转播频道】，选中上述创建的子频道；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231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4ad23418e57a9d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23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0663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354638d31782d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066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3、母频道开播（模拟总部开播）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可使用保利威网页开播、客户端开播、APP开播或第三方开播（OBS等）进行开播。母频道支持分发给观众观看的。下述左侧为开播画面效果，右侧为观看画面效果。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2643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18d13b7f24112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26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839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faccb518bb9488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83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4、子频道开播（代理开播，转播内容）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4.1 获取开播链接。作为代理，母频道开播时，需要进入子直播间，转播母直播间的画面，因此可通过保利威网页开播、APP开播进行开播；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9836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eef516382b17b4b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98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4.2 如下使用网页开播进行展示。进入网页开播后，点击【直播流】，即可查看到母频道的画面。点击开始直播；此时作为代理，可以将子频道链接分发给自己的客户；下述左侧为开播画面效果，右侧为观看画面效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152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4efef3f6183d7a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1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339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b0c771f3039c7c8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33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4.3 停止转播、关闭转播声音。在转播画面下方，有转播画面开关，以及转播声音开关的按钮，可根据需要进行控制。需要注意的是，关闭转播画面后，转播声音也会同时被关闭。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8113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79b7ef07767a1d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81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4.4 摄像头区域使用图片覆盖。部分场景下，销售无需露脸，则只需要在设置中，将摄像头区域更换为图片即可。可上传自己的职业照片作为标识。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8895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10bf4b4aefc1fd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889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4.5 更改摄像头位置。若出现摄像头区域目前有遮挡母频道画面关键信息的情况，可在设置-转播设置中二次调整布局；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7732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79505025a56c949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773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三、功能开通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若需上述功能，请联系商务开通使用。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矩阵直播间使用说明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