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时移与看点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时移与看点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时移：支持观众在直播过程中回退观看已播的内容，无需等待直播结束 看点：支持对直播内容进行标记，并在直播进度条中展示标记位置，观众可快速跳转到对应内容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减少观众因中途进入或内容较长而错过关键信息的情况，帮助更好地承载长时直播和重点内容讲解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适用于课程讲解、企业宣讲、产品介绍等按内容节点进行直播的场景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1.功能入口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进入【直播列表】页面，选中直播点击【详情】，在高级功能模块处点击【时移与看点】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252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ae27041010c08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25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d4d822b513cd6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2.直播时移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● 开启直播时移后，可以看见直播画面下方出现进度条，可以拖拽回看开播后的某个过往时间点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● 位于过往时间点时，点击“返回直播”即可跳回实时直播（最新时间点）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8f6a7fbff55621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3.直播实时看点</w:t>
      </w:r>
    </w:p>
    <w:p>
      <w:pPr>
        <w:pStyle w:val="Heading3"/>
      </w:pPr>
      <w:r>
        <w:t>（1）助教端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进入助教端，在播放页面找到左下方【精彩标记】按钮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在直播进度条上选中一个时间点，点击【精彩标记】，在弹出的打点提示框上输入看点标题，即可新增看点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支持对新建好的看点卡片修改标题或删除该看点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f79c665d53d4f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（2）观看端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观众端的直播进度条上出现【精彩看点】，点击后可以直接跳转到对应的时间点；【精彩看点】可预览所有看点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e1bda353e05d380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4.直播回放看点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进入直播间后台，直播回放模块点击【回放列表】-【更多】-【看点】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919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0f67a50ba3a100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点击“看点”后，会弹出一个回放视频播放窗口，可以进行对应的看点设置，设置完成后保存即可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246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ef57822b26b7c0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24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在回放视频处已经生成了对应的精彩看点，观众可以点击对应看点直接跳转到对应时间轴上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72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d031ddba8cf58a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7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三、使用须知</w:t>
      </w:r>
    </w:p>
    <w:p>
      <w:pPr>
        <w:pStyle w:val="Heading2"/>
      </w:pPr>
      <w:r>
        <w:t>1.开通功能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请在频道中的高级功能-时移与看点中，点击申请开通；或联系商务经理开通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173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49d65adf6eaab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17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2.接口场景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支持jssdk对接；暂不支持多场景SDK、小程序SDK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时移与看点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