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云剪辑（需开通）</w:t>
      </w:r>
    </w:p>
    <w:p>
      <w:pPr>
        <w:pStyle w:val="Heading1"/>
      </w:pPr>
      <w:r>
        <w:t>1.操作指引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&amp;emsp;&amp;emsp;1.1 直播结束后，进入视频库＞直播暂存界面中，在您想剪辑的文件操作栏，点击云剪辑按钮，进入裁剪界面。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b79d7b0d27d7a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&amp;emsp;&amp;emsp;1.2  进入裁剪界面后，鼠标悬停在文件上，点击“+”按钮，导入文件到视频轨道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33c4bbec4e868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&amp;emsp;1.3  点击播放器上的“播放按钮”开始加载视频文件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418e888372af6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&amp;emsp;1.4  可通过左侧的操作按钮，对您的内容进行编辑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e2433c9d28fa2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&amp;emsp;1.5  转场特效使用说明：将时间选择器拖动到需要添加转场的时间点，点击切割按钮，将视频分为两段；选中想要添加转场的视频文件，点击添加转场特效。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83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ba0dc59747016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83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2.云剪辑-问答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Q：为什么我开通云剪辑后，有的频道有云剪辑按钮，有的频道没有？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A：现阶段云剪辑仅支持纯视频文件，三分屏和无延迟的频道暂不支持。后续会逐步优化该问题。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Q：为什么进入云剪辑并未出现预览帧图片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A：为保证秒开秒剪，预览帧为异步加载，当生成回放后立即进入，当前视频的预览帧尚未切割完毕，一般稍等5s左右，重新进入便可正常查看。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Q：为什么进入云剪辑后，部分预览帧是黑色的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因为一幅截图在时间轴上有一定的宽度，如果粒度比较大，那这个宽度代表的时间范围就比较大；如果画面变化比较厉害，或者时间轴的粒度比较大，就会导致这幅截图对这段时间的画面内容的代表性不够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Q：为什么进入云剪辑后，提示有裁剪任务进行中？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A：为了防止多人协同导致的文件生成冲突，同一时间点同一个视频文件只允许一个操作者进入云剪辑操作界面。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Q：如果我页面崩溃了，能否找回原来的裁剪记录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A：云剪辑在未进行导出视频操作前，将自动保存所有操作记录；同时也可以点击右上角保存按钮进行记录。</w:t>
      </w:r>
    </w:p>
    <w:p>
      <w:pPr>
        <w:pStyle w:val="Heading1"/>
      </w:pPr>
      <w:r>
        <w:t>3.功能清单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基础裁剪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素材轨道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切割、删除、拼接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剪辑精度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帧级别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预览帧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倍速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调色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大小缩放、位置调整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裁剪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淡入淡出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音量调节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样式设置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字体（支持自定义）、字号、颜色、花字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对齐方式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左对齐、居中对齐、右对齐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动效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进场、出场、循环动效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特效转场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107个特效效果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滤镜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58个滤镜效果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转场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63个转场效果</w:t>
      </w:r>
    </w:p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云剪辑（需开通）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