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答题与问卷功能说明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直播过程中，可通过快速问答、答题卡、调研收集和随堂考试完成答题互动、信息收集和学习考核。可根据使用目的选择对应功能。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快速问答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发起临时提问，快速收集观众回答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适合轻量互动和即时提问。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答题卡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围绕固定题目组织观众作答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适合标准答题互动，可配置题型、答案和答题时间。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调研收集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收集观众信息、反馈或满意度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适合问卷、反馈、报名信息、讲师评价等信息收集。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随堂考试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进行课程测验或学习考核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适合培训、课程类直播中的检测或考核。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答题与问卷功能说明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