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镜头设置操作指引</w:t>
      </w:r>
    </w:p>
    <w:p>
      <w:pPr>
        <w:pStyle w:val="Heading1"/>
      </w:pPr>
      <w:r>
        <w:t>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利用【镜头设置】功能，可自定义添加或修改您想要展现的镜头效果。</w:t>
      </w:r>
    </w:p>
    <w:p>
      <w:pPr>
        <w:pStyle w:val="Heading1"/>
      </w:pPr>
      <w:r>
        <w:t>名词说明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固定镜头：固定停留在虚拟场景中某个位置的镜头，无法旋转与移动。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运动镜头：在虚拟场景中设置1~5个位置的点位。通过播放功能，可使镜头从1位置开始，按顺序运动到最后一个位置。通过调整运动速度和每个镜头的位置和角度，来达到最佳的表现效果。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点位：指一个运动镜头下的多个镜头</w:t>
      </w:r>
    </w:p>
    <w:p>
      <w:pPr>
        <w:pStyle w:val="Heading1"/>
      </w:pPr>
      <w:r>
        <w:t>使用方法</w:t>
      </w:r>
    </w:p>
    <w:p>
      <w:pPr>
        <w:pStyle w:val="Heading2"/>
      </w:pPr>
      <w:r>
        <w:t>功能入口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电脑网页登录MR控制台，选择场景进入，点击【镜头设置】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5973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b59483f2c3da763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597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进入镜头设置后，根据需要操作添加或修改：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添加镜头：点击左下角【添加镜头】选择【固定镜头】或【运动镜头】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51660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3d2f4f531fde2a1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5166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修改镜头：直接在下方点击想要修改的镜头即可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51660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e25c4626e3245b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5166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设置固定镜头</w:t>
      </w:r>
    </w:p>
    <w:p>
      <w:pPr>
        <w:pStyle w:val="Heading3"/>
      </w:pPr>
      <w:r>
        <w:t>①调整镜头位置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需要同时按住鼠标左键，并通过键盘WASDQE调整镜头位置：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W：镜头前进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S：镜头后退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A：镜头左移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D：镜头右移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Q：镜头下降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E：镜头上升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需要注意：场景有边界限制，移动时不可以超出场景边界范围，镜头“撞墙”会停止移动。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51660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224a2c695ed838b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5166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②调整镜头角度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按住鼠标左键并拖拽，可以360度自由旋转角度。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</w:t>
      </w:r>
    </w:p>
    <w:p>
      <w:pPr>
        <w:pStyle w:val="Heading3"/>
      </w:pPr>
      <w:r>
        <w:t>③保存镜头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调整完镜头后，需要点击下方的“保存”按钮进行保存，保存前不要切换其他镜头或点击【完成编辑】，否则会导致镜头数据丢失，需要重新设计！！！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51660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552306337ccd960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5166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如需修改镜头名称，也可在此修改后再进行保存。</w:t>
      </w:r>
    </w:p>
    <w:p>
      <w:pPr>
        <w:pStyle w:val="Heading2"/>
      </w:pPr>
      <w:r>
        <w:t>设置运动镜头</w:t>
      </w:r>
    </w:p>
    <w:p>
      <w:pPr>
        <w:pStyle w:val="Heading3"/>
      </w:pPr>
      <w:r>
        <w:t>①设置点位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运动镜头可最多设置5个点位（运动镜头中的每个镜头称为“点位”），点击“+”按钮可以新建一个点位，点击点位上的“-”按钮可以删除点位，点击某个点位即可选中该点位进行设置。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51660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5618cea3c9692f9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5166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②调整点位位置&amp;点位角度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与设置固定镜头时的操作一致，可参考上方【设置固定镜头】篇章</w:t>
      </w:r>
    </w:p>
    <w:p>
      <w:pPr>
        <w:pStyle w:val="Heading3"/>
      </w:pPr>
      <w:r>
        <w:t>③调整镜头速度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可通过拖拽速度条调整镜头的运动速度，最小0.1米/秒，最大10米/秒，也可通过手动输入秒速突破上限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51660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de94ad3cf02972d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5166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④预览运镜效果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点击播放按钮可以预览运镜效果，再次点击可以停止预览，回到镜头起点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516607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da954eb2c9b722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5166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⑤运镜轨迹与镜头跟踪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目前会根据点位位置以及拍摄角度自动计算运动轨迹：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如镜头从场景左侧运动到右侧，并且角度始终对着舞台中央，那么该镜头自动为弧线轨迹运动；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如镜头从前方运动到后方，并且角度始终对着舞台中央，那么 该镜头自动会直线轨迹运动。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目前通过镜头设置的镜头，会始终保证主播自动面向镜头，以防拍摄到主播侧面或背面，发生穿帮。</w:t>
      </w:r>
    </w:p>
    <w:p>
      <w:pPr>
        <w:pStyle w:val="Heading3"/>
      </w:pPr>
      <w:r>
        <w:t>⑥保存镜头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调整完镜头后，需要点击下方的“保存”按钮进行保存，保存前不要切换其他镜头或点击【完成编辑】，否则会导致镜头数据丢失，需要重新设计！！！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516607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552306337ccd960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5166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如需修改镜头名称，也可在此修改后再进行保存。</w:t>
      </w:r>
    </w:p>
    <w:p>
      <w:pPr>
        <w:pStyle w:val="Heading2"/>
      </w:pPr>
      <w:r>
        <w:t>其他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设置好的镜头，会跟随频道进行保存，下次进入无需重新设置。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镜头设置操作指引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