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小班课</w:t>
      </w:r>
    </w:p>
    <w:p>
      <w:pPr>
        <w:pStyle w:val="Heading1"/>
      </w:pPr>
      <w:r>
        <w:t>一、什么是小班课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小班课是一种限制同时观看人数的直播授课形式，运营可在开播前设置固定的班型人数上限，直播开始后仅允许限定数量的学员进入观看，用于保障教学秩序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适用于需要控制学员规模的在线教学，如一对一辅导、小规模培训课程等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小班课采用按课时和录制分项计费的方式，具体计费规则以实际配置为准</w:t>
      </w:r>
    </w:p>
    <w:p>
      <w:pPr>
        <w:pStyle w:val="Heading1"/>
      </w:pPr>
      <w:r>
        <w:t>二、操作说明</w:t>
      </w:r>
    </w:p>
    <w:p>
      <w:pPr>
        <w:pStyle w:val="Heading2"/>
      </w:pPr>
      <w:r>
        <w:t>1. 运营端-创建小班课频道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1.1 选择直播场景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进入管理后台【新建直播】页面，在直播场景中选择-小班课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afe560178ca21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1.2 设置班型（人数上限）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选择小班课后，将自动显示【班型】设置项：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可选班型：1 人班 / 6 人班 / 12 人班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班型决定：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直播中，直播间可进入的最大学员人数（当直播过程中人数达到班型上限后，新进入的观众将被拦截，无法进入直播间）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对应的计费档位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注意：直播中无法修改班型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83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ab576a453203d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8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1.3 录课设置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开启录课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开播后自动开始录制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助教页和直播中控台可查看直播画面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将产生对应的录制费用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关闭录课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直播过程不录制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助教页和直播中控台可正常进入，但无法查看直播画面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不生成回放视频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注意：直播中无法修改；请在开播前确认是否需要录制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837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d0bf04d7bc1cf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83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1.4 角色与监控入口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小班课场景下不支持设置嘉宾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小班课支持进入助教页和直播中控台，入口会在后台常显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是否能在助教页和直播中控台看到直播画面，取决于本场课是否开启录课开关：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已开启录课：可查看直播画面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未开启录课：可进入助教页和直播中控台，但画面区域不展示直播画面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5104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ec211b7a9cc25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510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1.5 学习统计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入口位置：管理后台 - 直播统计 -「学习统计」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详情见：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学习统计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43c3c955337e08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2.主讲端-开播说明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当前网页开播1.0、PC开播客户端（需4.34.0版本及以上）、POLYV开播APP（需1.31.0版本及以上）已支持小班课开播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小班课不支持第三方推流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「小班课」场景默认开启观众自主上麦，主讲也可关闭，学员通过预检即可一键推流进入互动区，大幅降低连麦门槛，提升课堂互动效率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284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bdd0cdbb9e98f2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28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观众端-观看说明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3.1 学员人数限制规则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直播中，系统校验直播间人数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未满员：观众可正常进入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已满员：新进入的观众将被拦截，并提示 “直播间已满员”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非直播中状态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不限制进入人数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当直播状态切换为“直播中”时，将立即进行人数校验，超出人数上限的观众将无法观看直播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3.2 观看方式说明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观众进入观看页后，需手动点击 【点击播放】 按钮，点击后可以看到主讲画面并听到声音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3.3 连麦方式说明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目前小班课满足两种连麦场景：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场景1：会议/面谈场景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主讲开启「观众主动上麦」，学员进入后，如当前正在直播中，或者停留在直播间时突然开播，会立刻弹出设备检测，检测完毕可立即上麦，无需申请或被邀请，体验无缝对齐市面上常见的会议工具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场景2：教学场景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主讲关闭「观众主动上麦」，主讲在举手提问环节，可以邀请举手学员上麦，学员接受邀请后即可上麦</w:t>
      </w:r>
    </w:p>
    <w:p>
      <w:pPr>
        <w:pStyle w:val="Heading1"/>
      </w:pPr>
      <w:r>
        <w:t>三、计费说明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区分课时费、录制费两项，分别计费：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899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a58e823269d7a9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89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1989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1465f0db0270b8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198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小班课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