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手机开播概述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POLYV开播是保利威针对移动端发起直播设计的一款App。用户可在App端上传文档、标注、IM互动、连麦等，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支持无延迟直播</w:t>
      </w:r>
      <w:r>
        <w:rPr>
          <w:rFonts w:ascii="Source Han Sans SC" w:hAnsi="Source Han Sans SC" w:eastAsia="Source Han Sans SC" w:cs="Source Han Sans SC" w:hint="eastAsia"/>
          <w:sz w:val="21"/>
        </w:rPr>
        <w:t>，适用于移动教学培训的场景，通过手机就能快速开课，完成直播授课。针对开发者，可接入多场景SDK完成移动开播能力的接入。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模块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是否支持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直播模板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文档+视频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纯视频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近期上线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白板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白板标注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多张白板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手机本地上传文档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文档标注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观众举手连麦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嘉宾连麦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成员管理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成员管理（在线人数、成员搜索、禁言、踢人）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互动应用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公告、签到、抽奖、答题、问卷、红包雨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近期上线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文字互动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聊天、提问、问答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仅聊天，其他互动近期上线</w:t>
            </w:r>
          </w:p>
        </w:tc>
      </w:tr>
    </w:tbl>
    <w:p>
      <w:pPr>
        <w:spacing w:after="40"/>
      </w:pPr>
    </w:p>
    <w:p>
      <w:pPr>
        <w:pStyle w:val="Heading1"/>
      </w:pPr>
      <w:r>
        <w:t>下载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iOS及安卓下载请扫描下方二维码，或浏览器访问链接https://soft.polyv.net/soft/live_mobile.html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图片：../../../img/1126388946_36939405044_442FB030-0560-4df8-86E5-9AD1BEFD2A0D.png</w:t>
      </w:r>
    </w:p>
    <w:p>
      <w:pPr>
        <w:pStyle w:val="Heading1"/>
      </w:pPr>
      <w:r>
        <w:t>使用环境建议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使用WIFI或手机网络，需确保直播场地内信号稳定。直播受上行带宽影响，上行带宽至少2Mbps，建议上行带宽4Mbps或以上，带宽测试地址  https://www.speedtest.cn 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尽量避免使用公用的网络，人多的时候容易造成网络拥塞导致直播出现大丢包、大延迟、音视频卡顿等现象；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建议电信宽带，避免小运营商（天威、长宽等）。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手机开播概述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