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live mobile common question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live mobile common question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