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客户端提词器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客户端提词器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提词器是一种在演讲、主持、录制视频等场景中，帮助人们流畅表达、避免忘词的辅助工具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帮助演讲者或表演者避免忘词，确保内容准确完整且表达流畅自然，从而提升整体表现质量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举例：保利威直播客户端的提词器功能适用于直播授课、精品课录制、带货直播等需要题词的使用场景</w:t>
            </w:r>
          </w:p>
        </w:tc>
      </w:tr>
    </w:tbl>
    <w:p>
      <w:pPr>
        <w:spacing w:after="40"/>
      </w:pPr>
    </w:p>
    <w:p>
      <w:pPr>
        <w:pStyle w:val="Heading1"/>
      </w:pPr>
      <w:r>
        <w:t>二、功能概览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12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d80e2034c6433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12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1. 基础功能设置区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字体色：文字颜色，可通过色盘或者RGB值进行设置；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背景色：文字底部背景颜色，可通过色盘或者RGB值进行设置；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字体：调整文字/字号大小；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不透明度：提词器软件的不透明度；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速度：题词内容滚动速度；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文字遮罩：文字遮罩功能开启后效果如下图所示；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重新播放：点击后，题词内容从头播放；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关闭：点击后关闭提词器；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锁定：锁定后，提词器按钮将无法控制（仅Win系统可使用）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140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948e6a4b65899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14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文字输入/展示区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在此处输入文字内容；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在此处滚动展示题词内容</w:t>
      </w:r>
    </w:p>
    <w:p>
      <w:pPr>
        <w:pStyle w:val="Heading1"/>
      </w:pPr>
      <w:r>
        <w:t>三、使用流程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在直播相关素材配置完成后，点击客户端左侧提词器按钮；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输入或从准备好的文档中，复制粘贴所需要的文字内容到提词器中（粘贴请用Ctrl+Shift+V，仅Win系统可用）；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点击开始按钮，即可使用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724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5332cdb93dfe2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7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四、使用注意事项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如需从外部文档复制粘贴文本内容，Win系统--粘贴时需要用快捷键组合“Ctrl+Shift+V”、Mac系统需将文档复制粘贴到其他输入框内，在此复制粘贴到提词器即可；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建议勾选【系统设置】中的“在屏幕共享直播画面中隐藏聊天室与提词器窗口”，该功能可以避免在屏幕共享的时候，把提词器内容直播/录制到视频中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41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1d434b7179c06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41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客户端提词器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