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Qt WebEngine 许可</w:t>
      </w:r>
    </w:p>
    <w:p>
      <w:pPr>
        <w:pStyle w:val="Heading1"/>
      </w:pPr>
      <w:r>
        <w:t>Qt WebEngine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Copyright (C) 2020 The Qt Company Ltd and other contributors.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软件由版权所有者和贡献者按“原样”提供，不做出任何明示或默示的保证，包括但不限于适销性和特定用途适用性的默示保证。对于因对此软件的任何方式的使用而引起的任何直接、间接、附带、特殊、示例性或后果性损失（包括但不限于购买替代商品或服务；用途、数据或利润的损失；或业务中断），版权所有者或贡献者在任何情况下均不承担任何赔偿责任，无论该等损失是如何引起的，无论该等损失基于何种责任理论，无论是合同责任理论、严格责任理论还是侵权责任理论（包括疏忽或其他原因），即使已事先告知存在该等损失的可能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本应用程序在 LGPLv2.1 许可下使用 Qt WebEngine 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GNU 宽通用公共许可证 v2.1 - GNU 工程 - 自由软件基金会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本应用程序所使用的 Qt WebEngine 基于 5.14.2 版本（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qt/qtwebengine at v5.14.2</w:t>
      </w:r>
      <w:r>
        <w:rPr>
          <w:rFonts w:ascii="Source Han Sans SC" w:hAnsi="Source Han Sans SC" w:eastAsia="Source Han Sans SC" w:cs="Source Han Sans SC" w:hint="eastAsia"/>
          <w:sz w:val="21"/>
        </w:rPr>
        <w:t>），于 2021 年 8 月 9 日应用以下补丁：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Fix build with msvc2019 16.8.0 (I3554ceec) · Gerrit Code Review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mac: make find_sdk.py work when the sdk goes to 11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补丁内容如下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```diff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diff --git a/chromium/build/mac/find_sdk.py b/chromium/build/mac/find_sdk.py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index 38c28832250..3045f81203b 100755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 a/chromium/build/mac/find_sdk.py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+++ b/chromium/build/mac/find_sdk.py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@@ -88,9 +88,9 @@ def main():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raise SdkError('Install Xcode, launch it, accept the license ' 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'agreement, and run </w:t>
      </w:r>
      <w:r>
        <w:rPr>
          <w:rFonts w:ascii="Menlo" w:hAnsi="Menlo"/>
          <w:color w:val="444444"/>
          <w:sz w:val="20"/>
        </w:rPr>
        <w:t>sudo xcode-select -s /path/to/Xcode.app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' 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'to continue.')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sdks = [re.findall('^MacOSX(10\.\d+)\.sdk$', s) for s in os.listdir(sdk_dir)]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sdks = [s[0] for s in sdks if s]  # [['10.5'], ['10.6']] =&gt; ['10.5', '10.6']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sdks = [s for s in sdks  # ['10.5', '10.6'] =&gt; ['10.6']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sdks = [re.findall('^MacOSX(11\.\d+)\.sdk$', s) for s in os.listdir(sdk_dir)]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sdks = [s[0] for s in sdks if s]  # [['11.5'], ['11.6']] =&gt; ['11.5', '11.6']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sdks = [s for s in sdks  # ['11.5', '11.6'] =&gt; ['11.6']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parse_version(s) &gt;= parse_version(min_sdk_version)]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not sdks: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raise Exception('No %s+ SDK found' % min_sdk_version)</w:t>
      </w:r>
    </w:p>
    <w:p>
      <w:r>
        <w:rPr>
          <w:rFonts w:ascii="Menlo" w:hAnsi="Menlo"/>
          <w:color w:val="444444"/>
          <w:sz w:val="20"/>
        </w:rPr>
        <w:t>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Qt WebEngine 许可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