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Mac上使用客户端注意事项</w:t>
      </w:r>
    </w:p>
    <w:p>
      <w:pPr>
        <w:pStyle w:val="Heading1"/>
      </w:pPr>
      <w:r>
        <w:t>Mac系统及设备权限说明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支持系统版本：macOS 10.14或以上；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macOS对于文件和文件夹、摄像头、麦克风、屏幕录制的权限都需要用户允许之后才能操作，请一定确保在系统中这三个地方都为打开状态，否则在使用中很可能出现黑屏、无声音等问题；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已获取摄像头、麦克风及屏幕录制权限，后续使用macOS将不再提示；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macOS 10.14在三分屏场景下，切换PPT和摄像头，客户端主界面上可能异常，这个问题可以通过最小化客户端再恢复来解决。</w:t>
      </w:r>
    </w:p>
    <w:p>
      <w:pPr>
        <w:pStyle w:val="Heading1"/>
      </w:pPr>
      <w:r>
        <w:t>如何获取设备权限</w:t>
      </w:r>
    </w:p>
    <w:p>
      <w:pPr>
        <w:pStyle w:val="Heading2"/>
      </w:pPr>
      <w:r>
        <w:t>屏幕录制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在正式开播之前，强烈建议先获取屏幕录制权限，重新登录客户端再使用。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1）需手动点击【屏幕共享】，macOS 将出现“屏幕录制”对话框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图片：../../../../img\live_client_mac_caution001.png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2）选择【打开系统偏好设置】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图片：../../../..\img\live_client_mac_caution002.png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3）进入到“安全性与隐私”设置，勾选“Polyv 云直播”，macOS将出现二次确认对话框，选择【现在退出】，重新进入客户端之后生效。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live_client_mac_caution003</w:t>
      </w:r>
    </w:p>
    <w:p>
      <w:pPr>
        <w:pStyle w:val="Heading2"/>
      </w:pPr>
      <w:r>
        <w:t>摄像头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首次在客户端上使用摄像头时，mac会主动弹出对话框，选择【好】，即可在直播中使用摄像头。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live_client_mac_caution004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如点击了【不允许】，则先找到mac系统安全性与隐私设置，选择摄像头，允许“Polyv云直播”，设置成功后，请重新登录客户端生效。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图片：../../../../img\live_client_mac_caution005.png</w:t>
      </w:r>
    </w:p>
    <w:p>
      <w:pPr>
        <w:pStyle w:val="Heading2"/>
      </w:pPr>
      <w:r>
        <w:t>麦克风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首次进入客户端之后，macOS将自动出现麦克风权限弹窗，选择【好】，则客户端可获取麦克风权限。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图片：../../../../img\live_client_mac_caution006.png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如点击了【不允许】，则先找到mac系统安全性与隐私设置，选择麦克风，允许“Polyv云直播”，设置成功后，请重新登录客户端生效。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图片：../../../../img\live_client_mac_caution007.png</w:t>
      </w:r>
    </w:p>
    <w:p>
      <w:pPr>
        <w:pStyle w:val="Heading1"/>
      </w:pPr>
      <w:r>
        <w:t>扬声器采集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macOS原生不支持扬声器声音采集，且因mac系统更新，修改了底层功能，以下操作方法可能不生效，请谨慎使用！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原理：使用blackhole插件获取扬声器声音，插件下载地址 https://soft.polyv.net/tools/BlackHole2ch.v0.2.10.pkg</w:t>
      </w:r>
    </w:p>
    <w:p>
      <w:pPr>
        <w:pStyle w:val="Heading3"/>
      </w:pPr>
      <w:r>
        <w:t>操作指南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点击系统界面下方应用抽屉图标“启动台”。在出现界面的上方的搜索栏中输入“midi”找到音频MIDI设置，打开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图片：../../../../img\live_client_mac_caution008.png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点击加号，选择“创建多输出设备”。创建一个多输出设备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image-20220419163512350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勾选“内建输出”和blackhole（2ch）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image-20220419163453518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现在打开“系统偏好设置”——“声音”——“输出”。你现在可以看到输出设备里面有blackhole 2ch，以及刚刚创建的多输出设备。请在输出设备里选我们创建的"多输出设备"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image-20220419163436716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回到客户端的设备检测-扬声器，选择blackhole(2ch)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注意：下载blackhole是为了解决扬声器设备无法选择的问题，不需要改变麦克风设置。声音设置中的输入选择对应的设备，看输入电平有律动就说明麦克风设备正常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                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image-20220419163412708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Mac上使用客户端注意事项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