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此文件夹说明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说明：该文档仅作临时使用，不往这里面添加文档，如需添加请前往地址 live---product---live_form---live_client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此文件夹说明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