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zujianku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zujianku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