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投票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允许观众在直播间预先设置好的投票选项中投票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提升观众决策参与感，活跃营销气氛，获取用户投票数据等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类似于问卷，以收集意向数据为主要目的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912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f81f81b26433760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91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一个用户ID只能为一个选项投一票；2、可多个选项同时开始投票；3、总票数可以随时发送至观看端；4、观看端投票选项跟随后台添加实时展示，不需要刷新页面；5、目前仅支持H5移动端横屏和PC端，H5移动端竖屏暂不支持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Heading2"/>
      </w:pPr>
      <w:r>
        <w:t>1、后台设置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（1）进入直播间管理后台，找到营销互动，选中投票活动，打开投票活动功能开关。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72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241666e2e49f4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7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（2）点击“投票设置”按钮，进入设置详情页。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201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2d3a580838fa5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201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（3）点击“创建活动”，输入投票活动名。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0070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fbe958e20f771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00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7164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7784f55617d4e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7164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（4）添加若干个投票项，设置投票项的名字与缩略图。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4693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1a32d24c836a0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469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![](https://liveimages.videocc.net/help_doc/52b702c4-6c8c-4127-9bdf-5e354382f9b6.png)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（5）对需要发送到观众投票栏处的投票项点击“开始投票”按钮。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1815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3c36db92deb07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181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2、观看端效果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（1）观看效果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a.网页观看端效果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9188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04278813fe89e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918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b.H5移动端横屏直播间效果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src="https://liveimages.videocc.net/help_doc/75fb74ac-872d-4820-abbc-e5815c7ac911.jpg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width="50%"&gt;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（2）观众点击投票按钮，即投票成功。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2803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00ccbe1c9c46c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280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3、查看投票结果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（1）点击结束投票，投票完成，可以进行后续操作。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178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28b8219c9c9077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17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（2）点击发送投票结果，即发送到观众端。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![](https://liveimages.videocc.net/help_doc/87a71cc5-ef72-41ac-b8e0-8657615def6c.png)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（3）点击导出记录，前往数据导出中心即可下载投票结果。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1689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46b59d136f319f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168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627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573baa182b8121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62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74308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34af79d70a3b34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7430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