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点播列表</w:t>
      </w:r>
    </w:p>
    <w:p>
      <w:pPr>
        <w:pStyle w:val="Heading1"/>
      </w:pPr>
      <w:r>
        <w:t>一、功能概览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功能信息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功能名称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点播列表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功能介绍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点播列表允许管理员将精选的视频添加到“点播列表”中，并在直播间观看页上进行回放。管理员可根据需求自由选择和管理回放内容，确保观众能够便捷、精准地观看重要或精彩的直播回放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使用目的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提升直播内容利用率，延长其生命周期增强用户体验：用户可以随时进入直播间观看直播回放，提升用户使用满意度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使用场景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通用直播场景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操作路径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  <w:p>
            <w:pPr>
              <w:spacing w:after="16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423160" cy="1388289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c2b9147deb9dd2af-docx.jp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3160" cy="1388289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注意事项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仅未开通素材库账号支持点播列表功能</w:t>
            </w:r>
          </w:p>
        </w:tc>
      </w:tr>
    </w:tbl>
    <w:p>
      <w:pPr>
        <w:spacing w:after="40"/>
      </w:pPr>
    </w:p>
    <w:p>
      <w:pPr>
        <w:pStyle w:val="Heading1"/>
      </w:pPr>
      <w:r>
        <w:t>二、使用说明</w:t>
      </w:r>
    </w:p>
    <w:p>
      <w:pPr>
        <w:pStyle w:val="Heading3"/>
      </w:pPr>
      <w:r>
        <w:t>点播列表中的视频有两个来源，即 “由本频道暂存视频转换而来”、“通过点播系统添加而来”</w:t>
      </w:r>
    </w:p>
    <w:p>
      <w:pPr>
        <w:pStyle w:val="Heading2"/>
      </w:pPr>
      <w:r>
        <w:t>通过暂存列表转换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完成一场直播后，进入直播间后台，进入视频库-直播暂存，在此页面中勾选需要转换为点播列表视频的暂存视频，然后点击“添加至回放列表”，等待一段时间即可在点播列表中看见转换完成的视频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323719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afab93ff2d24b54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32371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238108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43d878ece8c2f96-docx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23810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通过点播系统添加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1.进入点播系统，在上方功能栏点击“视频列表”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42962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2a6db32ace78ea9-docx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4296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2.此处有两类视频，第一类为别的频道转存的直播回放，第二类为手动上传到点播中心的视频，上传操作方式都一致（标有源文件的为回放视频）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![](https://liveimages.videocc.net/help_doc/3c44234d-9275-4b4b-8e55-4649e14b301a.png)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3.复制本频道的频道号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216706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fd05b498b57d919-docx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21670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4.将频道号加入想要添加至点播列表的视频信息标签中，点击保存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308431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0dddd33c434664c-docx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30843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299259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3ce38933edace01-docx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29925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5.回到直播间后台-视频库-点播列表，点击添加视频；可以看见，刚刚在点播系统设置了标签的点播视频出现，勾选想要添加到点播列表的视频，点击确认即可添加成功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299259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78802ac6e0f2489-docx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29925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238108"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22e963d64bc1dc9-docx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23810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3"/>
      </w:pPr>
      <w:r>
        <w:t>回放设置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方式一：进入回放设置，打开观看页回放，回放方式选择单个视频，选择从点播列表添加，指定一个视频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231993"/>
            <wp:docPr id="10" name="Picture 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20dcc8655a5367c-docx.jp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23199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方式二：回放方式选择列表回放，选择列表回放就会按照点播列表的顺序依次进行回放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317604"/>
            <wp:docPr id="11" name="Picture 1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56bf6eb0f7049fc-docx.jp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31760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设置完毕后点击保存</w:t>
      </w:r>
    </w:p>
    <w:p>
      <w:pPr>
        <w:pStyle w:val="Heading1"/>
      </w:pPr>
      <w:r>
        <w:t>三、效果展示</w:t>
      </w:r>
    </w:p>
    <w:p>
      <w:pPr>
        <w:pStyle w:val="Heading3"/>
      </w:pPr>
      <w:r>
        <w:t>pc网页观众端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52135"/>
            <wp:docPr id="12" name="Picture 1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91524bde09fc182-docx.jp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5213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3"/>
      </w:pPr>
      <w:r>
        <w:t>H5移动端横屏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&lt;img src="https://liveimages.videocc.net/help_doc/6523e9bf-83e1-4996-a079-6044aee676c1.jpg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" alt="" width="50%"&gt;</w:t>
      </w:r>
    </w:p>
    <w:p>
      <w:pPr>
        <w:pStyle w:val="Heading3"/>
      </w:pPr>
      <w:r>
        <w:t>H5移动端竖屏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0871200"/>
            <wp:docPr id="13" name="Picture 1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4b0bc16de2c6b84-docx.jp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08712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3"/>
      </w:pPr>
      <w:r>
        <w:t>live学一学小程序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0871200"/>
            <wp:docPr id="14" name="Picture 1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37d6c0d282e1ae0-docx.jp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08712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3"/>
      </w:pPr>
      <w:r>
        <w:t>VCLASS云课堂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该端侧目前暂不支持观看回放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Relationship Id="rId13" Type="http://schemas.openxmlformats.org/officeDocument/2006/relationships/image" Target="media/image4.jpg"/><Relationship Id="rId14" Type="http://schemas.openxmlformats.org/officeDocument/2006/relationships/image" Target="media/image5.jpg"/><Relationship Id="rId15" Type="http://schemas.openxmlformats.org/officeDocument/2006/relationships/image" Target="media/image6.jpg"/><Relationship Id="rId16" Type="http://schemas.openxmlformats.org/officeDocument/2006/relationships/image" Target="media/image7.jpg"/><Relationship Id="rId17" Type="http://schemas.openxmlformats.org/officeDocument/2006/relationships/image" Target="media/image8.jpg"/><Relationship Id="rId18" Type="http://schemas.openxmlformats.org/officeDocument/2006/relationships/image" Target="media/image9.jpg"/><Relationship Id="rId19" Type="http://schemas.openxmlformats.org/officeDocument/2006/relationships/image" Target="media/image10.jpg"/><Relationship Id="rId20" Type="http://schemas.openxmlformats.org/officeDocument/2006/relationships/image" Target="media/image11.jpg"/><Relationship Id="rId21" Type="http://schemas.openxmlformats.org/officeDocument/2006/relationships/image" Target="media/image12.jpg"/><Relationship Id="rId22" Type="http://schemas.openxmlformats.org/officeDocument/2006/relationships/image" Target="media/image13.jpg"/><Relationship Id="rId23" Type="http://schemas.openxmlformats.org/officeDocument/2006/relationships/image" Target="media/image1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点播列表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