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**Polyv 视频创作页面嵌入与通信协议**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文档版本：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v1.1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最后更新：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2026 年 6 月 16 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**1. 概述**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本文档旨在帮助开发者将保利威 (Polyv) AI 视频创作功能以 </w:t>
      </w:r>
      <w:r>
        <w:rPr>
          <w:rFonts w:ascii="Menlo" w:hAnsi="Menlo"/>
          <w:color w:val="444444"/>
          <w:sz w:val="20"/>
        </w:rPr>
        <w:t>iframe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的形式无缝集成到第三方业务平台中。通过遵循本文档中的指引，您可以实现：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界面定制</w:t>
      </w:r>
      <w:r>
        <w:rPr>
          <w:rFonts w:ascii="Source Han Sans SC" w:hAnsi="Source Han Sans SC" w:eastAsia="Source Han Sans SC" w:cs="Source Han Sans SC" w:hint="eastAsia"/>
          <w:sz w:val="21"/>
        </w:rPr>
        <w:t>：通过 URL 参数控制嵌入页面中特定按钮的显示与隐藏。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功能调用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：使用 </w:t>
      </w:r>
      <w:r>
        <w:rPr>
          <w:rFonts w:ascii="Menlo" w:hAnsi="Menlo"/>
          <w:color w:val="444444"/>
          <w:sz w:val="20"/>
        </w:rPr>
        <w:t>Window.postMessage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API，在您的父页面与 Polyv 的 iframe 页面之间建立安全通信，以编程方式触发视频生成、草稿保存等操作。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本文档适用于需要在自有产品中提供 AI 视频创作能力，并希望对集成界面和流程进行自定义控制的客户。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**2. 快速开始**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要实现基础的嵌入和通信，您需要以下两个步骤：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嵌入 iframe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：将 Polyv AI 视频创作页面的 </w:t>
      </w:r>
      <w:r>
        <w:rPr>
          <w:rFonts w:ascii="Menlo" w:hAnsi="Menlo"/>
          <w:color w:val="444444"/>
          <w:sz w:val="20"/>
        </w:rPr>
        <w:t>iframe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放置在您的页面中。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实现通信脚本</w:t>
      </w:r>
      <w:r>
        <w:rPr>
          <w:rFonts w:ascii="Source Han Sans SC" w:hAnsi="Source Han Sans SC" w:eastAsia="Source Han Sans SC" w:cs="Source Han Sans SC" w:hint="eastAsia"/>
          <w:sz w:val="21"/>
        </w:rPr>
        <w:t>：编写 JavaScript 代码，用于监听 iframe 的就绪状态，并发送指令。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以下是一个基本的 HTML 结构示例：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&lt;html&gt;</w:t>
        <w:br/>
        <w:t>&lt;head&gt;</w:t>
        <w:br/>
        <w:t xml:space="preserve">  &lt;title&gt;集成 Polyv AI 视频创作&lt;/title&gt;</w:t>
        <w:br/>
        <w:t>&lt;/head&gt;</w:t>
        <w:br/>
        <w:t>&lt;body&gt;</w:t>
        <w:br/>
        <w:br/>
        <w:t xml:space="preserve">  &lt;!-- 1. 嵌入 Polyv AI 视频创作编辑页面 --&gt;</w:t>
        <w:br/>
        <w:t xml:space="preserve">  &lt;iframe</w:t>
        <w:br/>
        <w:t xml:space="preserve">    src="https://console.polyv.net/live/index.html#/ai-manager/video-production/create"</w:t>
        <w:br/>
        <w:t xml:space="preserve">    frameborder="0"</w:t>
        <w:br/>
        <w:t xml:space="preserve">    id="polyvAiFrame"</w:t>
        <w:br/>
        <w:t xml:space="preserve">    style="width: 100%; height: 800px;"&gt;</w:t>
        <w:br/>
        <w:t xml:space="preserve">  &lt;/iframe&gt;</w:t>
        <w:br/>
        <w:br/>
        <w:t xml:space="preserve">  &lt;!-- 2. 父页面的控制按钮 --&gt;</w:t>
        <w:br/>
        <w:t xml:space="preserve">  &lt;button id="createVideoButton" type="button"&gt;从外部触发生成&lt;/button&gt;</w:t>
        <w:br/>
        <w:t xml:space="preserve">  &lt;button id="returnButton" type="button"&gt;返回&lt;/button&gt;</w:t>
        <w:br/>
        <w:br/>
        <w:t xml:space="preserve">  &lt;!-- 3. 通信脚本 --&gt;</w:t>
        <w:br/>
        <w:t xml:space="preserve">  &lt;script&gt;</w:t>
        <w:br/>
        <w:t xml:space="preserve">    // 详细逻辑见下文</w:t>
        <w:br/>
        <w:t xml:space="preserve">  &lt;/script&gt;</w:t>
        <w:br/>
        <w:br/>
        <w:t>&lt;/body&gt;</w:t>
        <w:br/>
        <w:t>&lt;/html&gt;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**3. 功能详解**</w:t>
      </w:r>
    </w:p>
    <w:p>
      <w:pPr>
        <w:pStyle w:val="Heading3"/>
      </w:pPr>
      <w:r>
        <w:t>**3.1. 界面定制 (URL 参数)**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您可以通过在 </w:t>
      </w:r>
      <w:r>
        <w:rPr>
          <w:rFonts w:ascii="Menlo" w:hAnsi="Menlo"/>
          <w:color w:val="444444"/>
          <w:sz w:val="20"/>
        </w:rPr>
        <w:t>iframe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src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属性链接后附加特定参数，来定制嵌入页面的外观。该方式灵活、易于实现。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video-production-submit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：隐藏页面右上角的【生成视频】按钮。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...create?video-production-submit=N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video-production-return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：隐藏页面左上角的【返回】按钮。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...create?video-production-return=N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组合使用示例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若要同时隐藏“生成视频”和“返回”按钮，可以这样配置 </w:t>
      </w:r>
      <w:r>
        <w:rPr>
          <w:rFonts w:ascii="Menlo" w:hAnsi="Menlo"/>
          <w:color w:val="444444"/>
          <w:sz w:val="20"/>
        </w:rPr>
        <w:t>src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&lt;iframe</w:t>
        <w:br/>
        <w:t xml:space="preserve">  src="https://console.polyv.net/live/index.html#/ai-manager/video-production/create?video-production-submit=N&amp;video-production-return=N"</w:t>
        <w:br/>
        <w:t xml:space="preserve">  id="polyvAiFrame"&gt;</w:t>
        <w:br/>
        <w:t>&lt;/iframe&gt;</w:t>
      </w:r>
    </w:p>
    <w:p>
      <w:pPr>
        <w:pStyle w:val="Heading3"/>
      </w:pPr>
      <w:r>
        <w:t>**3.2. 交互通信 (PostMessage API)**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为了实现父页面对 iframe 内操作的精准控制，我们定义了一套基于 </w:t>
      </w:r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的双向通信协议。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核心流程：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Iframe 页面加载完成后，会向父页面发送一个 </w:t>
      </w:r>
      <w:r>
        <w:rPr>
          <w:rFonts w:ascii="Menlo" w:hAnsi="Menlo"/>
          <w:color w:val="444444"/>
          <w:sz w:val="20"/>
        </w:rPr>
        <w:t>ready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状态通知。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父页面监听到 </w:t>
      </w:r>
      <w:r>
        <w:rPr>
          <w:rFonts w:ascii="Menlo" w:hAnsi="Menlo"/>
          <w:color w:val="444444"/>
          <w:sz w:val="20"/>
        </w:rPr>
        <w:t>ready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通知后，即可确认 iframe 已准备就绪。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此后，父页面可以向 iframe 发送 </w:t>
      </w:r>
      <w:r>
        <w:rPr>
          <w:rFonts w:ascii="Menlo" w:hAnsi="Menlo"/>
          <w:color w:val="444444"/>
          <w:sz w:val="20"/>
        </w:rPr>
        <w:t>create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等具体指令。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Iframe 成功提交生成任务后，向父页面发送 </w:t>
      </w:r>
      <w:r>
        <w:rPr>
          <w:rFonts w:ascii="Menlo" w:hAnsi="Menlo"/>
          <w:color w:val="444444"/>
          <w:sz w:val="20"/>
        </w:rPr>
        <w:t>submit-success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事件通知。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当接入方隐藏 iframe 内置【返回】按钮，并使用父页面自己的【返回】按钮时，父页面可先向 iframe 发送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>，等待 iframe 返回草稿保存结果后，再执行自身返回逻辑。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JavaScript 通信逻辑实现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$iframe = document.getElementById('polyvAiFrame');</w:t>
        <w:br/>
        <w:t>const $createVideoButton = document.getElementById('createVideoButton');</w:t>
        <w:br/>
        <w:t>const $returnButton = document.getElementById('returnButton');</w:t>
        <w:br/>
        <w:t>const targetOrigin = 'https://console.polyv.net';</w:t>
        <w:br/>
        <w:t>let isFrameReady = false;</w:t>
        <w:br/>
        <w:br/>
        <w:t>$createVideoButton.disabled = true;</w:t>
        <w:br/>
        <w:t>$returnButton.disabled = true;</w:t>
        <w:br/>
        <w:br/>
        <w:t>// 监听来自 iframe 的消息</w:t>
        <w:br/>
        <w:t>window.addEventListener('message', (event) =&gt; {</w:t>
        <w:br/>
        <w:t xml:space="preserve">  // 安全校验：确保消息来自指定的源</w:t>
        <w:br/>
        <w:t xml:space="preserve">  if (event.origin !== targetOrigin) {</w:t>
        <w:br/>
        <w:t xml:space="preserve">    return;</w:t>
        <w:br/>
        <w:t xml:space="preserve">  }</w:t>
        <w:br/>
        <w:br/>
        <w:t xml:space="preserve">  try {</w:t>
        <w:br/>
        <w:t xml:space="preserve">    const data = JSON.parse(event.data);</w:t>
        <w:br/>
        <w:br/>
        <w:t xml:space="preserve">    // 只处理 Polyv AI 视频创作协议消息</w:t>
        <w:br/>
        <w:t xml:space="preserve">    if (data.type !== 'ai-video-production') {</w:t>
        <w:br/>
        <w:t xml:space="preserve">      return;</w:t>
        <w:br/>
        <w:t xml:space="preserve">    }</w:t>
        <w:br/>
        <w:br/>
        <w:t xml:space="preserve">    // ready：iframe 已完成初始化，可以接收父页面指令</w:t>
        <w:br/>
        <w:t xml:space="preserve">    if (data.type === 'ai-video-production' &amp;&amp; data.event === 'ready') {</w:t>
        <w:br/>
        <w:t xml:space="preserve">      isFrameReady = true;</w:t>
        <w:br/>
        <w:t xml:space="preserve">      console.log('Polyv AI iframe 已准备就绪。');</w:t>
        <w:br/>
        <w:t xml:space="preserve">      // 可在此处启用相关按钮</w:t>
        <w:br/>
        <w:t xml:space="preserve">      $createVideoButton.disabled = false;</w:t>
        <w:br/>
        <w:t xml:space="preserve">      $returnButton.disabled = false;</w:t>
        <w:br/>
        <w:t xml:space="preserve">      return;</w:t>
        <w:br/>
        <w:t xml:space="preserve">    }</w:t>
        <w:br/>
        <w:br/>
        <w:t xml:space="preserve">    // save-draft：iframe 返回草稿保存结果</w:t>
        <w:br/>
        <w:t xml:space="preserve">    if (data.type === 'ai-video-production' &amp;&amp; data.event === 'save-draft') {</w:t>
        <w:br/>
        <w:t xml:space="preserve">      if (data.success) {</w:t>
        <w:br/>
        <w:t xml:space="preserve">        console.log('草稿保存成功，可以执行父页面返回逻辑。');</w:t>
        <w:br/>
        <w:t xml:space="preserve">        // TODO: 在这里执行接入方系统自己的返回逻辑</w:t>
        <w:br/>
        <w:t xml:space="preserve">        // window.history.back();</w:t>
        <w:br/>
        <w:t xml:space="preserve">      } else {</w:t>
        <w:br/>
        <w:t xml:space="preserve">        console.warn('草稿保存失败：', data.message || 'Fail reason');</w:t>
        <w:br/>
        <w:t xml:space="preserve">        // TODO: 在这里提示用户，父页面不应自动返回</w:t>
        <w:br/>
        <w:t xml:space="preserve">      }</w:t>
        <w:br/>
        <w:t xml:space="preserve">    }</w:t>
        <w:br/>
        <w:br/>
        <w:t xml:space="preserve">    // submit-success：视频生成任务已提交到后台处理队列</w:t>
        <w:br/>
        <w:t xml:space="preserve">    if (data.type === 'ai-video-production' &amp;&amp; data.event === 'submit-success') {</w:t>
        <w:br/>
        <w:t xml:space="preserve">      console.log('视频生成任务已提交。');</w:t>
        <w:br/>
        <w:t xml:space="preserve">    }</w:t>
        <w:br/>
        <w:t xml:space="preserve">  } catch (error) {</w:t>
        <w:br/>
        <w:t xml:space="preserve">    console.warn('无法解析来自 iframe 的消息：', error);</w:t>
        <w:br/>
        <w:t xml:space="preserve">  }</w:t>
        <w:br/>
        <w:t>});</w:t>
        <w:br/>
        <w:br/>
        <w:t>// 为父页面的按钮绑定点击事件</w:t>
        <w:br/>
        <w:t>$createVideoButton.addEventListener('click', () =&gt; {</w:t>
        <w:br/>
        <w:t xml:space="preserve">  if (!isFrameReady) {</w:t>
        <w:br/>
        <w:t xml:space="preserve">    alert('视频创作页面尚未准备好，请稍候...');</w:t>
        <w:br/>
        <w:t xml:space="preserve">    return;</w:t>
        <w:br/>
        <w:t xml:space="preserve">  }</w:t>
        <w:br/>
        <w:br/>
        <w:t xml:space="preserve">  // create：请求 iframe 启动视频生成流程</w:t>
        <w:br/>
        <w:t xml:space="preserve">  const message = {</w:t>
        <w:br/>
        <w:t xml:space="preserve">    type: 'ai-video-production',</w:t>
        <w:br/>
        <w:t xml:space="preserve">    event: 'create'</w:t>
        <w:br/>
        <w:t xml:space="preserve">  };</w:t>
        <w:br/>
        <w:br/>
        <w:t xml:space="preserve">  // 向 iframe 发送“生成视频”指令</w:t>
        <w:br/>
        <w:t xml:space="preserve">  $iframe.contentWindow.postMessage(JSON.stringify(message), targetOrigin);</w:t>
        <w:br/>
        <w:t>});</w:t>
        <w:br/>
        <w:br/>
        <w:t>$returnButton.addEventListener('click', () =&gt; {</w:t>
        <w:br/>
        <w:t xml:space="preserve">  if (!isFrameReady) {</w:t>
        <w:br/>
        <w:t xml:space="preserve">    alert('视频创作页面尚未准备好，请稍候...');</w:t>
        <w:br/>
        <w:t xml:space="preserve">    return;</w:t>
        <w:br/>
        <w:t xml:space="preserve">  }</w:t>
        <w:br/>
        <w:br/>
        <w:t xml:space="preserve">  // save-draft：请求 iframe 保存当前编辑内容的草稿</w:t>
        <w:br/>
        <w:t xml:space="preserve">  const message = {</w:t>
        <w:br/>
        <w:t xml:space="preserve">    type: 'ai-video-production',</w:t>
        <w:br/>
        <w:t xml:space="preserve">    event: 'save-draft'</w:t>
        <w:br/>
        <w:t xml:space="preserve">  };</w:t>
        <w:br/>
        <w:br/>
        <w:t xml:space="preserve">  // 向 iframe 发送“保存草稿”指令，等待 iframe 返回保存结果后再执行父页面返回逻辑</w:t>
        <w:br/>
        <w:t xml:space="preserve">  $iframe.contentWindow.postMessage(JSON.stringify(message), targetOrigin);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**4. 通信协议规范**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所有通信消息均为 JSON 字符串格式，且 </w:t>
      </w:r>
      <w:r>
        <w:rPr>
          <w:rFonts w:ascii="Menlo" w:hAnsi="Menlo"/>
          <w:color w:val="444444"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固定为 </w:t>
      </w:r>
      <w:r>
        <w:rPr>
          <w:rFonts w:ascii="Menlo" w:hAnsi="Menlo"/>
          <w:color w:val="444444"/>
          <w:sz w:val="20"/>
        </w:rPr>
        <w:t>ai-video-production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。草稿保存协议中，父页面发起请求和 iframe 返回结果均使用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事件；父页面发起请求时不携带 </w:t>
      </w:r>
      <w:r>
        <w:rPr>
          <w:rFonts w:ascii="Menlo" w:hAnsi="Menlo"/>
          <w:color w:val="444444"/>
          <w:sz w:val="20"/>
        </w:rPr>
        <w:t>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，iframe 返回结果时携带 </w:t>
      </w:r>
      <w:r>
        <w:rPr>
          <w:rFonts w:ascii="Menlo" w:hAnsi="Menlo"/>
          <w:color w:val="444444"/>
          <w:sz w:val="20"/>
        </w:rPr>
        <w:t>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**4.1. Iframe → 父页面**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Menlo" w:hAnsi="Menlo"/>
                <w:b/>
                <w:color w:val="444444"/>
                <w:sz w:val="17"/>
              </w:rPr>
              <w:t>event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 xml:space="preserve"> 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消息体 (Payload) 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通知父页面，iframe 已加载完毕，可以接收指令。这是一个关键的“握手”信号。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{"type": "ai-video-production", "event": "ready"}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submit-success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通知父页面，当视频生成任务成功提交到后台处理队列后，通知父页面。表示用户的请求已被接受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{"type": "ai-video-production", "event": "submit-success"}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save-draft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通知父页面，本次草稿保存结果已返回，父页面可根据 </w:t>
            </w: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判断是否继续执行自己的返回逻辑。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`{"type": "ai-video-production", "event": "save-draft", "success": 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false, "message": "Fail reason"}`</w:t>
            </w:r>
          </w:p>
        </w:tc>
      </w:tr>
    </w:tbl>
    <w:p>
      <w:pPr>
        <w:spacing w:after="40"/>
      </w:pPr>
    </w:p>
    <w:p>
      <w:pPr>
        <w:pStyle w:val="Heading3"/>
      </w:pPr>
      <w:r>
        <w:t>**4.2. 父页面 → Iframe**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Menlo" w:hAnsi="Menlo"/>
                <w:b/>
                <w:color w:val="444444"/>
                <w:sz w:val="17"/>
              </w:rPr>
              <w:t>event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 xml:space="preserve"> 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消息体 (Payload) 示例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iframe 启动视频生成流程。其效果等同于点击 iframe 内的【生成视频】按钮。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{"type": "ai-video-production", "event": "create"}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save-draft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iframe 执行当前编辑内容的草稿保存。该动作通常由接入方自己的【返回】按钮触发。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{"type": "ai-video-production", "event": "save-draft"}</w:t>
            </w:r>
          </w:p>
        </w:tc>
      </w:tr>
    </w:tbl>
    <w:p>
      <w:pPr>
        <w:spacing w:after="40"/>
      </w:pPr>
    </w:p>
    <w:p>
      <w:pPr>
        <w:pStyle w:val="Heading3"/>
      </w:pPr>
      <w:r>
        <w:t>**4.3. 草稿保存与外部返回流程**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当接入方通过 </w:t>
      </w:r>
      <w:r>
        <w:rPr>
          <w:rFonts w:ascii="Menlo" w:hAnsi="Menlo"/>
          <w:color w:val="444444"/>
          <w:sz w:val="20"/>
        </w:rPr>
        <w:t>video-production-return=N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隐藏 iframe 页面左上角【返回】按钮，并使用父页面自己的【返回】按钮时，应按以下流程处理：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用户点击接入方系统自己的【返回】按钮。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父页面确认已收到 iframe 的 </w:t>
      </w:r>
      <w:r>
        <w:rPr>
          <w:rFonts w:ascii="Menlo" w:hAnsi="Menlo"/>
          <w:color w:val="444444"/>
          <w:sz w:val="20"/>
        </w:rPr>
        <w:t>ready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事件后，向 iframe 发送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Iframe 执行当前编辑内容的草稿保存。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Iframe 向父页面回调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，并通过 </w:t>
      </w:r>
      <w:r>
        <w:rPr>
          <w:rFonts w:ascii="Menlo" w:hAnsi="Menlo"/>
          <w:color w:val="444444"/>
          <w:sz w:val="20"/>
        </w:rPr>
        <w:t>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表达保存结果。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 </w:t>
      </w:r>
      <w:r>
        <w:rPr>
          <w:rFonts w:ascii="Menlo" w:hAnsi="Menlo"/>
          <w:color w:val="444444"/>
          <w:sz w:val="20"/>
        </w:rPr>
        <w:t>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时，父页面可以继续执行自己的返回逻辑。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 </w:t>
      </w:r>
      <w:r>
        <w:rPr>
          <w:rFonts w:ascii="Menlo" w:hAnsi="Menlo"/>
          <w:color w:val="444444"/>
          <w:sz w:val="20"/>
        </w:rPr>
        <w:t>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false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时，父页面不应自动返回；建议根据 </w:t>
      </w:r>
      <w:r>
        <w:rPr>
          <w:rFonts w:ascii="Menlo" w:hAnsi="Menlo"/>
          <w:color w:val="444444"/>
          <w:sz w:val="20"/>
        </w:rPr>
        <w:t>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提示用户或记录日志。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若当前页面没有新的未保存变更，iframe 仍应回调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，并返回 </w:t>
      </w:r>
      <w:r>
        <w:rPr>
          <w:rFonts w:ascii="Menlo" w:hAnsi="Menlo"/>
          <w:color w:val="444444"/>
          <w:sz w:val="20"/>
        </w:rPr>
        <w:t>success: true</w:t>
      </w:r>
      <w:r>
        <w:rPr>
          <w:rFonts w:ascii="Source Han Sans SC" w:hAnsi="Source Han Sans SC" w:eastAsia="Source Han Sans SC" w:cs="Source Han Sans SC" w:hint="eastAsia"/>
          <w:sz w:val="21"/>
        </w:rPr>
        <w:t>。父页面不需要额外判断当前是否存在未保存变更。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**5. 重要注意事项**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安全策略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：在 </w:t>
      </w:r>
      <w:r>
        <w:rPr>
          <w:rFonts w:ascii="Menlo" w:hAnsi="Menlo"/>
          <w:color w:val="444444"/>
          <w:sz w:val="20"/>
        </w:rPr>
        <w:t>addEventListener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中，务必严格校验 </w:t>
      </w:r>
      <w:r>
        <w:rPr>
          <w:rFonts w:ascii="Menlo" w:hAnsi="Menlo"/>
          <w:color w:val="444444"/>
          <w:sz w:val="20"/>
        </w:rPr>
        <w:t>event.origin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，确保消息来源是 </w:t>
      </w:r>
      <w:r>
        <w:rPr>
          <w:rFonts w:ascii="Menlo" w:hAnsi="Menlo"/>
          <w:color w:val="444444"/>
          <w:sz w:val="20"/>
        </w:rPr>
        <w:t>https://console.polyv.net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。在 </w:t>
      </w:r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时，也应明确指定 </w:t>
      </w:r>
      <w:r>
        <w:rPr>
          <w:rFonts w:ascii="Menlo" w:hAnsi="Menlo"/>
          <w:color w:val="444444"/>
          <w:sz w:val="20"/>
        </w:rPr>
        <w:t>targetOrigin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，避免使用 </w:t>
      </w:r>
      <w:r>
        <w:rPr>
          <w:rFonts w:ascii="Menlo" w:hAnsi="Menlo"/>
          <w:color w:val="444444"/>
          <w:sz w:val="20"/>
        </w:rPr>
        <w:t>*</w:t>
      </w:r>
      <w:r>
        <w:rPr>
          <w:rFonts w:ascii="Source Han Sans SC" w:hAnsi="Source Han Sans SC" w:eastAsia="Source Han Sans SC" w:cs="Source Han Sans SC" w:hint="eastAsia"/>
          <w:sz w:val="21"/>
        </w:rPr>
        <w:t>，防止敏感数据泄露。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加载时序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：父页面必须等待并确认收到 iframe 的 </w:t>
      </w:r>
      <w:r>
        <w:rPr>
          <w:rFonts w:ascii="Menlo" w:hAnsi="Menlo"/>
          <w:color w:val="444444"/>
          <w:sz w:val="20"/>
        </w:rPr>
        <w:t>ready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事件后，才能发送业务指令（如 </w:t>
      </w:r>
      <w:r>
        <w:rPr>
          <w:rFonts w:ascii="Menlo" w:hAnsi="Menlo"/>
          <w:color w:val="444444"/>
          <w:sz w:val="20"/>
        </w:rPr>
        <w:t>create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）。建议在收到 </w:t>
      </w:r>
      <w:r>
        <w:rPr>
          <w:rFonts w:ascii="Menlo" w:hAnsi="Menlo"/>
          <w:color w:val="444444"/>
          <w:sz w:val="20"/>
        </w:rPr>
        <w:t>ready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信号前，将父页面的控制按钮设置为禁用状态。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消息格式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：所有通信数据都必须通过 </w:t>
      </w:r>
      <w:r>
        <w:rPr>
          <w:rFonts w:ascii="Menlo" w:hAnsi="Menlo"/>
          <w:color w:val="444444"/>
          <w:sz w:val="20"/>
        </w:rPr>
        <w:t>JSON.stringify()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序列化为字符串进行传输，并在接收端通过 </w:t>
      </w:r>
      <w:r>
        <w:rPr>
          <w:rFonts w:ascii="Menlo" w:hAnsi="Menlo"/>
          <w:color w:val="444444"/>
          <w:sz w:val="20"/>
        </w:rPr>
        <w:t>JSON.parse()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解析。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外部返回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：在收到 </w:t>
      </w:r>
      <w:r>
        <w:rPr>
          <w:rFonts w:ascii="Menlo" w:hAnsi="Menlo"/>
          <w:color w:val="444444"/>
          <w:sz w:val="20"/>
        </w:rPr>
        <w:t>save-draft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回调前，父页面不应直接关闭、跳转或销毁当前 iframe 页面。保存失败的典型场景包括但不限于网络或请求超时、登录态失效、服务端异常、当前页面数据不满足保存条件。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权限规则</w:t>
      </w:r>
      <w:r>
        <w:rPr>
          <w:rFonts w:ascii="Source Han Sans SC" w:hAnsi="Source Han Sans SC" w:eastAsia="Source Han Sans SC" w:cs="Source Han Sans SC" w:hint="eastAsia"/>
          <w:sz w:val="21"/>
        </w:rPr>
        <w:t>：本期不新增额外权限判断，沿用视频创作页面当前已有的草稿保存权限与登录态规则。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如有任何疑问或需要进一步的技术支持，请联系我们的技术支持团队。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**Polyv 视频创作页面嵌入与通信协议**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