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视频裁剪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视频裁剪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通过视频剪辑工具，对直播回放视频进行裁剪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对直播回放内容进行剪辑，便于后续二次使用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适用于将直播回放用于内容二次制作与分发的场景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操作路径：点击【直播列表】-选择频道-点击【视频库】-直播暂存页面中点击【裁剪】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4eb248f0cd61e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2.裁剪操作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进入编辑页面，底部工具栏支持【撤销】【分割】【删除】、拖动调整时间刻度操作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可按照以下操作步骤找到裁剪的起始点或结束点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播放视频（或拖动指针到大致的位置）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播放试听：使用空格键快速播放暂停视频寻找临界值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点击分割（或快捷键分割）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调整临界值：左右拖动片段的边缘进行微调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选中分割好的片段，支持拖动边框，左右拖动调整时间范围（本版本仅支持缩小片段进行拖动，不支持向外扩展拖动）；注意：片段无法拖动超过本身的长度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f7aa64be1a3bd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快捷键操作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cae090545fb9f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3.导出视频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分段导出：适用在视频上进行部分内容裁剪；支持将分割的片段独立导出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合并导出：将视频裁剪为多个片段的内容；支持将多个片段内容合并成一个独立的视频单独导出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说明：裁剪后，若视频原本已包含字幕文件，则导出的视频将仅保留与视频内容对应的字幕段落；若发现字幕文件不准确，可重新生成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cdeac309b4dc2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合并导出：支持修改合并后的视频名称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83c61de985e7c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当前任务：支持查看裁剪任务状态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aacb087fd39aa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裁剪完成存放至「直播暂存」界面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78539403b2a72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视频裁剪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