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直播分组</w:t>
      </w:r>
    </w:p>
    <w:p>
      <w:pPr>
        <w:pStyle w:val="Heading1"/>
      </w:pPr>
      <w:r>
        <w:t>一、功能说明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直播分组用于在同一场直播中按小组管理学员。开启后，学员会按照所属分组进入对应空间，组内聊天和在线人数按分组隔离显示，适用于需要按班级、小组或批次管理学员互动的直播场景。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未开启直播分组时，所有观众处于同一个直播间，聊天消息互通，在线人数显示全场人数。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开启直播分组后：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同一分组内的学员可看到彼此的聊天消息。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不同分组之间的学员消息相互隔离。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在线人数仅显示当前分组内的实时在线人数。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未分组学员是否允许进入直播间，由后台入场规则决定。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直播分组适用于需要分组互动的大班直播场景。小班课、研讨会等场景不支持开启直播分组。</w:t>
      </w:r>
    </w:p>
    <w:p>
      <w:pPr>
        <w:pStyle w:val="Heading1"/>
      </w:pPr>
      <w:r>
        <w:t>二、进入用户列表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可通过以下路径进入：</w:t>
      </w:r>
    </w:p>
    <w:p>
      <w:r>
        <w:rPr>
          <w:rFonts w:ascii="Menlo" w:hAnsi="Menlo"/>
          <w:color w:val="444444"/>
          <w:sz w:val="20"/>
        </w:rPr>
        <w:t>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Menlo" w:hAnsi="Menlo"/>
          <w:color w:val="444444"/>
          <w:sz w:val="20"/>
        </w:rPr>
        <w:t>选中频道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Menlo" w:hAnsi="Menlo"/>
          <w:color w:val="444444"/>
          <w:sz w:val="20"/>
        </w:rPr>
        <w:t>用户管理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Menlo" w:hAnsi="Menlo"/>
          <w:color w:val="444444"/>
          <w:sz w:val="20"/>
        </w:rPr>
        <w:t>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在用户列表中，可导入频道学员、添加平台用户、创建和管理分组，并将学员分配到对应分组。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67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758373aada807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67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三、导入或添加学员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频道用户列表支持通过 Excel 导入和从平台用户中心添加两种方式维护学员名单。</w:t>
      </w:r>
    </w:p>
    <w:p>
      <w:pPr>
        <w:pStyle w:val="Heading2"/>
      </w:pPr>
      <w:r>
        <w:t>1. Excel 导入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进入频道的 </w:t>
      </w:r>
      <w:r>
        <w:rPr>
          <w:rFonts w:ascii="Menlo" w:hAnsi="Menlo"/>
          <w:color w:val="444444"/>
          <w:sz w:val="20"/>
        </w:rPr>
        <w:t>用户列表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点击导入入口，下载 Excel 模板。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按模板填写学员信息。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手机号为必填项。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姓名、所属分组等字段如模板中提供，可按需填写。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 Excel 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导入后：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若手机号对应的平台用户不存在，系统会自动创建账号并加入当前频道名单。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若手机号对应的平台用户已存在，系统会将该用户加入当前频道名单。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若填写的所属分组在当前频道内不存在，系统会自动创建该分组。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Excel 导入的用户在列表中固定展示为支持 </w:t>
      </w:r>
      <w:r>
        <w:rPr>
          <w:rFonts w:ascii="Menlo" w:hAnsi="Menlo"/>
          <w:color w:val="444444"/>
          <w:sz w:val="20"/>
        </w:rPr>
        <w:t>手机号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79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7f52a7132efe9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798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从平台用户中心添加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进入频道的 </w:t>
      </w:r>
      <w:r>
        <w:rPr>
          <w:rFonts w:ascii="Menlo" w:hAnsi="Menlo"/>
          <w:color w:val="444444"/>
          <w:sz w:val="20"/>
        </w:rPr>
        <w:t>用户列表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选择从平台用户中心添加用户。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勾选需要加入当前频道的用户。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确认添加。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从平台添加的用户会保留平台侧已有的登录能力，例如手机号、微信、企微、谷歌等。若用户已在当前频道名单中，选人时不会重复展示。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1040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3dc11dd5a5b8d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104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四、查看学员信息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用户列表中支持查看学员的基础信息和访问情况，包括：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展示头像、名称、用户 ID 等信息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用户已关联微信时，展示微信头像和昵称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展示用户的手机号登录凭证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支持的登录方式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展示该用户当前支持的登录方式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展示用户当前所在分组；未分组用户显示为未分组状态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首次访问时间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展示用户第一次进入直播间的时间；未访问过则为空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展示用户累计进入直播间的次数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872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d7981264a7ff9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87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五、管理分组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在分组管理区，可对当前频道内的小组进行管理：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添加分组：创建新的分组名称。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编辑分组：修改已有分组名称。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删除分组：删除后，原分组内的学员会变为未分组状态。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查看人数：分组名称旁会显示当前分组内的学员人数。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删除分组后，组内学员不会从频道名单中删除，只会变为未分组。学员刷新或重新进入直播间时，会按当前的未分组入场规则重新判断是否可进入。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1651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6bba45ec19274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16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六、分配和调整学员分组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在用户列表中，可根据学员当前状态进行分组操作。</w:t>
      </w:r>
    </w:p>
    <w:p>
      <w:pPr>
        <w:pStyle w:val="Heading2"/>
      </w:pPr>
      <w:r>
        <w:t>1. 添加学员时自动分组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在某个具体分组视图下导入或添加学员时，新加入的学员会直接进入当前分组。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全部用户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列表下导入或添加学员时，新加入的学员默认处于未分组状态。</w:t>
      </w:r>
    </w:p>
    <w:p>
      <w:pPr>
        <w:pStyle w:val="Heading2"/>
      </w:pPr>
      <w:r>
        <w:t>2. 调整已有学员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未分组学员：可点击 </w:t>
      </w:r>
      <w:r>
        <w:rPr>
          <w:rFonts w:ascii="Menlo" w:hAnsi="Menlo"/>
          <w:color w:val="444444"/>
          <w:sz w:val="20"/>
        </w:rPr>
        <w:t>加入分组</w:t>
      </w:r>
      <w:r>
        <w:rPr>
          <w:rFonts w:ascii="Source Han Sans SC" w:hAnsi="Source Han Sans SC" w:eastAsia="Source Han Sans SC" w:cs="Source Han Sans SC" w:hint="eastAsia"/>
          <w:sz w:val="21"/>
        </w:rPr>
        <w:t>，选择要加入的小组。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已分组学员：可点击 </w:t>
      </w:r>
      <w:r>
        <w:rPr>
          <w:rFonts w:ascii="Menlo" w:hAnsi="Menlo"/>
          <w:color w:val="444444"/>
          <w:sz w:val="20"/>
        </w:rPr>
        <w:t>转移</w:t>
      </w:r>
      <w:r>
        <w:rPr>
          <w:rFonts w:ascii="Source Han Sans SC" w:hAnsi="Source Han Sans SC" w:eastAsia="Source Han Sans SC" w:cs="Source Han Sans SC" w:hint="eastAsia"/>
          <w:sz w:val="21"/>
        </w:rPr>
        <w:t>，将学员移动到频道内其他已有分组。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已分组学员：可点击 </w:t>
      </w:r>
      <w:r>
        <w:rPr>
          <w:rFonts w:ascii="Menlo" w:hAnsi="Menlo"/>
          <w:color w:val="444444"/>
          <w:sz w:val="20"/>
        </w:rPr>
        <w:t>移除</w:t>
      </w:r>
      <w:r>
        <w:rPr>
          <w:rFonts w:ascii="Source Han Sans SC" w:hAnsi="Source Han Sans SC" w:eastAsia="Source Han Sans SC" w:cs="Source Han Sans SC" w:hint="eastAsia"/>
          <w:sz w:val="21"/>
        </w:rPr>
        <w:t>，将学员从当前分组移出。移出后，学员仍保留在频道名单中，并变为未分组状态。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122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9fd63effbbff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12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七、设置未分组学员入场规则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开启直播分组后，可设置未分组学员是否允许进入直播间。</w:t>
      </w:r>
    </w:p>
    <w:p>
      <w:pPr>
        <w:pStyle w:val="Heading2"/>
      </w:pPr>
      <w:r>
        <w:t>1. 允许未分组学员进入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开启后，未分组学员可以进入直播间。系统会将其自动归入 </w:t>
      </w:r>
      <w:r>
        <w:rPr>
          <w:rFonts w:ascii="Menlo" w:hAnsi="Menlo"/>
          <w:color w:val="444444"/>
          <w:sz w:val="20"/>
        </w:rPr>
        <w:t>其他组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或公共空间，与已创建的小组保持互动隔离。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关闭后，未分组学员无法进入直播间。观看页会提示该学员未获得本场直播的入场资格。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568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cbe6f115541aa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56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八、学员入场判断规则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学员进入直播间时，系统会根据当前登录账号匹配频道名单和分组状态：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命中已分组学员：直接进入对应分组。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命中频道名单但未分组：按未分组学员入场规则处理。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未命中频道名单：按未分组学员入场规则处理。</w:t>
      </w:r>
    </w:p>
    <w:p>
      <w:pPr>
        <w:pStyle w:val="Heading1"/>
      </w:pPr>
      <w:r>
        <w:t>九、在网页开播中查看分组互动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频道开启直播分组后，讲师可以在网页开播的主讲台中按小组查看和处理学员互动。未开启直播分组时，主讲台仍按全场模式展示聊天和成员。</w:t>
      </w:r>
    </w:p>
    <w:p>
      <w:pPr>
        <w:pStyle w:val="Heading2"/>
      </w:pPr>
      <w:r>
        <w:t>1. 查看各组聊天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主讲台聊天区支持以下视图：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全部聊天</w:t>
      </w:r>
      <w:r>
        <w:rPr>
          <w:rFonts w:ascii="Source Han Sans SC" w:hAnsi="Source Han Sans SC" w:eastAsia="Source Han Sans SC" w:cs="Source Han Sans SC" w:hint="eastAsia"/>
          <w:sz w:val="21"/>
        </w:rPr>
        <w:t>：汇总展示所有小组的聊天消息，默认进入该视图。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具体分组：展示当前小组学员可见的聊天内容，包括发给当前组和发给全场的消息。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其他组</w:t>
      </w:r>
      <w:r>
        <w:rPr>
          <w:rFonts w:ascii="Source Han Sans SC" w:hAnsi="Source Han Sans SC" w:eastAsia="Source Han Sans SC" w:cs="Source Han Sans SC" w:hint="eastAsia"/>
          <w:sz w:val="21"/>
        </w:rPr>
        <w:t>：允许未分组学员入场时展示，用于查看这些学员的聊天消息。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全部聊天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中，消息会标明发送范围，便于讲师区分消息发给了全场还是某个小组。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954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d2ba69c6cd04b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95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向全场或指定分组发送消息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讲师发送消息时，消息范围由当前聊天视图和操作方式决定：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全部聊天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中直接发送，消息发给全场。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全部聊天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中引用某个小组的消息，回复发给该消息原本所属的小组。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在具体分组中直接发送，消息只发给当前组。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在具体分组中引用回复，消息仍只发给当前组。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讲师发送前应确认当前选中的聊天视图，避免将组内消息发给全场。</w:t>
      </w:r>
    </w:p>
    <w:p>
      <w:pPr>
        <w:pStyle w:val="Heading1"/>
      </w:pPr>
      <w:r>
        <w:t>十、在网页开播中查看分组成员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主讲台成员区保留 </w:t>
      </w:r>
      <w:r>
        <w:rPr>
          <w:rFonts w:ascii="Menlo" w:hAnsi="Menlo"/>
          <w:color w:val="444444"/>
          <w:sz w:val="20"/>
        </w:rPr>
        <w:t>全部成员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连麦成员</w:t>
      </w:r>
      <w:r>
        <w:rPr>
          <w:rFonts w:ascii="Source Han Sans SC" w:hAnsi="Source Han Sans SC" w:eastAsia="Source Han Sans SC" w:cs="Source Han Sans SC" w:hint="eastAsia"/>
          <w:sz w:val="21"/>
        </w:rPr>
        <w:t>，并支持继续按小组筛选：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选择 </w:t>
      </w:r>
      <w:r>
        <w:rPr>
          <w:rFonts w:ascii="Menlo" w:hAnsi="Menlo"/>
          <w:color w:val="444444"/>
          <w:sz w:val="20"/>
        </w:rPr>
        <w:t>全部组</w:t>
      </w:r>
      <w:r>
        <w:rPr>
          <w:rFonts w:ascii="Source Han Sans SC" w:hAnsi="Source Han Sans SC" w:eastAsia="Source Han Sans SC" w:cs="Source Han Sans SC" w:hint="eastAsia"/>
          <w:sz w:val="21"/>
        </w:rPr>
        <w:t>，查看当前范围内的所有成员。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选择具体分组，只查看该组学员和讲师、助教、嘉宾、主持人等全场角色。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选择 </w:t>
      </w:r>
      <w:r>
        <w:rPr>
          <w:rFonts w:ascii="Menlo" w:hAnsi="Menlo"/>
          <w:color w:val="444444"/>
          <w:sz w:val="20"/>
        </w:rPr>
        <w:t>其他组</w:t>
      </w:r>
      <w:r>
        <w:rPr>
          <w:rFonts w:ascii="Source Han Sans SC" w:hAnsi="Source Han Sans SC" w:eastAsia="Source Han Sans SC" w:cs="Source Han Sans SC" w:hint="eastAsia"/>
          <w:sz w:val="21"/>
        </w:rPr>
        <w:t>，查看允许入场的未分组学员和全场角色。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连麦成员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下选择具体分组，只查看该组正在连麦的学员和正在连麦的全场角色。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搜索成员时，只会搜索当前选中的成员范围。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954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5806aea9dc575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95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十一、分组场景下的提问和问答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频道开启直播分组后，提问和问答按以下规则处理：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提问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始终为学员与讲师之间的私聊。讲师回复后，其他学员不可见。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问答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默认按现有私聊方式处理。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讲师回复问答并勾选 </w:t>
      </w:r>
      <w:r>
        <w:rPr>
          <w:rFonts w:ascii="Menlo" w:hAnsi="Menlo"/>
          <w:color w:val="444444"/>
          <w:sz w:val="20"/>
        </w:rPr>
        <w:t>公开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后，该问答只公开给提问学员所在的小组。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提问学员属于 </w:t>
      </w:r>
      <w:r>
        <w:rPr>
          <w:rFonts w:ascii="Menlo" w:hAnsi="Menlo"/>
          <w:color w:val="444444"/>
          <w:sz w:val="20"/>
        </w:rPr>
        <w:t>其他组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时，公开问答只对 </w:t>
      </w:r>
      <w:r>
        <w:rPr>
          <w:rFonts w:ascii="Menlo" w:hAnsi="Menlo"/>
          <w:color w:val="444444"/>
          <w:sz w:val="20"/>
        </w:rPr>
        <w:t>其他组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学员可见。</w:t>
      </w:r>
    </w:p>
    <w:p>
      <w:pPr>
        <w:pStyle w:val="Heading1"/>
      </w:pPr>
      <w:r>
        <w:t>十二、直播中调整学员分组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学员进入直播间后，本场直播会使用其入场时匹配到的分组。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直播过程中，管理员在后台调整学员分组，不会立即改变该学员当前所在小组。学员退出并重新进入直播间后，系统会按最新分组重新匹配；后续聊天、成员和问答会使用新的分组结果。</w:t>
      </w:r>
    </w:p>
    <w:p>
      <w:pPr>
        <w:pStyle w:val="Heading1"/>
      </w:pPr>
      <w:r>
        <w:t>十三、常见问题</w:t>
      </w:r>
    </w:p>
    <w:p>
      <w:pPr>
        <w:pStyle w:val="Heading2"/>
      </w:pPr>
      <w:r>
        <w:t>删除分组后，组内学员会被删除吗？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不会。删除分组只会将组内学员变为未分组状态，学员仍保留在当前频道名单中。</w:t>
      </w:r>
    </w:p>
    <w:p>
      <w:pPr>
        <w:pStyle w:val="Heading2"/>
      </w:pPr>
      <w:r>
        <w:t>从频道名单中移除学员，会影响平台用户中心的账号吗？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不会。频道名单内的移除仅影响当前频道，不会删除平台用户中心中的用户账号，也不会影响该用户在其他频道中的状态。</w:t>
      </w:r>
    </w:p>
    <w:p>
      <w:pPr>
        <w:pStyle w:val="Heading2"/>
      </w:pPr>
      <w:r>
        <w:t>已经导入过的手机号再次导入会怎样？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重复手机号再次导入时，以本次 Excel 导入的信息为准，更新该手机号在当前频道内的分组关联。</w:t>
      </w:r>
    </w:p>
    <w:p>
      <w:pPr>
        <w:pStyle w:val="Heading2"/>
      </w:pPr>
      <w:r>
        <w:t>学员在 A 频道有分组，在 B 频道没有分组，会互相影响吗？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不会。分组关系按频道独立管理。学员进入 A 频道时按 A 频道的分组判断，进入 B 频道时按 B 频道的名单和未分组入场规则判断。</w:t>
      </w:r>
    </w:p>
    <w:p>
      <w:pPr>
        <w:pStyle w:val="Heading2"/>
      </w:pPr>
      <w:r>
        <w:t>为什么学员使用另一个账号登录后没有进入预期分组？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直播分组按当前登录账号匹配频道名单和分组关系。若同一学员存在多个历史账号，系统不会自动合并这些账号。需要确认该学员当前使用的登录方式是否与频道名单中的记录一致。</w:t>
      </w:r>
    </w:p>
    <w:p>
      <w:pPr>
        <w:pStyle w:val="Heading2"/>
      </w:pPr>
      <w:r>
        <w:t>为什么讲师在全部聊天中发送的消息被所有小组看到了？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 </w:t>
      </w:r>
      <w:r>
        <w:rPr>
          <w:rFonts w:ascii="Menlo" w:hAnsi="Menlo"/>
          <w:color w:val="444444"/>
          <w:sz w:val="20"/>
        </w:rPr>
        <w:t>全部聊天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中直接发送的消息默认发给全场。若只想发给某个小组，请先进入对应分组，再发送消息。</w:t>
      </w:r>
    </w:p>
    <w:p>
      <w:pPr>
        <w:pStyle w:val="Heading2"/>
      </w:pPr>
      <w:r>
        <w:t>为什么在直播中调整了学员分组，主讲台没有立即变化？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学员在本场直播中的分组以入场时的匹配结果为准。调整后，学员需要退出并重新进入直播间，新的分组才会生效。</w:t>
      </w:r>
    </w:p>
    <w:p>
      <w:pPr>
        <w:pStyle w:val="Heading2"/>
      </w:pPr>
      <w:r>
        <w:t>问答勾选公开后，其他小组能看到吗？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不能。频道开启直播分组后，公开问答只对提问学员所在的小组可见，不会公开到全场。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直播分组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