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搜索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后台新增搜索功能，支持按名称查找功能入口和帮助文档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快速定位功能入口；减少逐级查找；提高操作效率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不清楚功能入口位置时，直接搜索；需要进入具体设置页时，快速跳转；查找帮助文档时，直接搜索关键词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 - 云直播 - 顶部导航栏；后台 - 云直播 - 频道内 - 顶部导航栏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3"/>
      </w:pPr>
      <w:r>
        <w:t>顶部全局搜索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在后台顶部输入关键词，支持模糊搜索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返回功能入口 + 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点击结果直接跳转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45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67dea077ec712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45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62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f5dd29d11a426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62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频道页搜索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进入直播频道页，点击右上角搜索框，支持模糊搜索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输入功能名称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返回频道内相关功能入口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4764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fe42738c513d3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47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搜索历史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点击搜索框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展示最近搜索记录（最多 10 条）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点击记录可直接再次搜索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702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09ac19e471070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7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权限控制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子账号进行搜索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仅展示有权限的页面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无权限页面不显示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搜索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