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保利威直播 Skill 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 Skill 用于在支持 OpenClaw Skill 的 AI 工具中调用保利威直播 CLI 能力，辅助完成直播频道、推流、回放、文档、互动、统计等直播管理操作。适用于需要通过命令行或 AI 助手批量处理直播配置、查询直播数据、管理直播资源的场景。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保利威直播 Skill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适用对象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需要使用 AI 助手或命令行管理保利威直播资源的运营人员、技术人员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主要能力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支持账号认证、频道管理、推流管理、回放管理、直播文档、商品与优惠券、互动玩法、观看条件、统计导出等操作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批量创建或查询频道、获取推流信息、检查直播状态、管理回放文件、导出直播统计数据、配置互动与观看条件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使用前需准备以下信息：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已开通保利威云直播服务的账号。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可访问直播后台的管理权限。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账号对应的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本地或 AI 工具运行环境已支持 OpenClaw Skill。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可在云直播后台的 </w:t>
      </w:r>
      <w:r>
        <w:rPr>
          <w:rFonts w:ascii="Menlo" w:hAnsi="Menlo"/>
          <w:color w:val="444444"/>
          <w:sz w:val="20"/>
        </w:rPr>
        <w:t>设置 &gt; 开发者信息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中查看开发者认证信息。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AppSecret 属于敏感凭据，请勿在公开页面、前端代码、聊天截图或不可信环境中明文保存。</w:t>
      </w:r>
    </w:p>
    <w:p>
      <w:pPr>
        <w:pStyle w:val="Heading1"/>
      </w:pPr>
      <w:r>
        <w:t>三、安装 Skill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在支持 OpenClaw CLI 的环境中执行以下命令安装：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openclaw skills install polyv-live-cli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安装完成后，可通过保利威直播 CLI 配置账号认证，并将常用账号设置为默认账号。</w:t>
      </w:r>
    </w:p>
    <w:p>
      <w:pPr>
        <w:pStyle w:val="Heading1"/>
      </w:pPr>
      <w:r>
        <w:t>四、配置账号认证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首次使用前，建议先检查当前是否已配置账号：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npx polyv-live-cli@latest account 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如未配置账号，可添加账号凭据并设置默认账号：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npx polyv-live-cli@latest account add &lt;账号名称&gt; --app-id &lt;AppID&gt; --app-secret &lt;AppSecret&gt;</w:t>
        <w:br/>
        <w:t>npx polyv-live-cli@latest account set-default &lt;账号名称&gt;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配置完成后，可通过查询频道列表验证认证是否生效：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npx polyv-live-cli@latest channel list</w:t>
      </w:r>
    </w:p>
    <w:p>
      <w:pPr>
        <w:pStyle w:val="Heading1"/>
      </w:pPr>
      <w:r>
        <w:t>五、常用能力</w:t>
      </w:r>
    </w:p>
    <w:p>
      <w:pPr>
        <w:pStyle w:val="Heading2"/>
      </w:pPr>
      <w:r>
        <w:t>1. 频道管理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支持创建频道、查询频道列表、查看频道详情、修改频道信息、删除频道和批量删除频道。适用于活动初始化、频道巡检和批量维护等场景。</w:t>
      </w:r>
    </w:p>
    <w:p>
      <w:pPr>
        <w:pStyle w:val="Heading2"/>
      </w:pPr>
      <w:r>
        <w:t>2. 推流管理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支持获取推流地址与推流密钥、开始直播、结束直播、查看直播状态、推送视频文件、直播质量验证和实时监控。适用于开播前检查、开播中监控和异常排查。</w:t>
      </w:r>
    </w:p>
    <w:p>
      <w:pPr>
        <w:pStyle w:val="Heading2"/>
      </w:pPr>
      <w:r>
        <w:t>3. 回放与录制管理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支持查询回放列表、查看回放详情、删除回放、合并回放文件、查看和设置录制规则、转存录制文件。适用于直播结束后的回放整理和视频归档。</w:t>
      </w:r>
    </w:p>
    <w:p>
      <w:pPr>
        <w:pStyle w:val="Heading2"/>
      </w:pPr>
      <w:r>
        <w:t>4. 文档与播放器配置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支持查询直播文档、上传文档、删除文档、查看文档转换状态，以及查询和更新播放器配置。适用于三分屏直播、课件直播和观看页播放体验配置。</w:t>
      </w:r>
    </w:p>
    <w:p>
      <w:pPr>
        <w:pStyle w:val="Heading2"/>
      </w:pPr>
      <w:r>
        <w:t>5. 营销与互动管理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支持商品、优惠券、聊天消息、禁言踢人、签到、问答、问卷、抽奖、打赏、卡片推送等互动能力。适用于电商直播、培训直播、活动运营等场景。</w:t>
      </w:r>
    </w:p>
    <w:p>
      <w:pPr>
        <w:pStyle w:val="Heading2"/>
      </w:pPr>
      <w:r>
        <w:t>6. 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支持查询观看统计、历史并发、最高并发、观众设备与地区分布，并可导出统计数据。适用于直播复盘、运营分析和数据交付。</w:t>
      </w:r>
    </w:p>
    <w:p>
      <w:pPr>
        <w:pStyle w:val="Heading1"/>
      </w:pPr>
      <w:r>
        <w:t>六、使用建议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执行新增、删除、更新类操作前，先确认目标频道 ID、资源 ID 和账号环境。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涉及删除、清空、禁言、踢人等操作时，建议先查询当前配置或列表，再执行变更。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多账号使用时，建议为每个账号设置清晰的账号名称，避免误操作。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需要交付数据时，可优先使用统计导出能力，减少手工整理成本。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涉及 AppSecret 的命令和日志，不建议截图外发或提交到代码仓库。</w:t>
      </w:r>
    </w:p>
    <w:p>
      <w:pPr>
        <w:pStyle w:val="Heading1"/>
      </w:pPr>
      <w:r>
        <w:t>七、常见问题</w:t>
      </w:r>
    </w:p>
    <w:p>
      <w:pPr>
        <w:pStyle w:val="Heading2"/>
      </w:pPr>
      <w:r>
        <w:t>1. Skill 安装后无法查询频道怎么办？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先确认账号认证是否已配置，并检查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是否正确。如账号已配置，建议重新设置默认账号后再查询频道列表。</w:t>
      </w:r>
    </w:p>
    <w:p>
      <w:pPr>
        <w:pStyle w:val="Heading2"/>
      </w:pPr>
      <w:r>
        <w:t>2. 能否同时管理多个直播账号？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可以。可添加多个账号，并在执行命令时切换当前账号或指定账号。多账号场景下，建议先确认当前默认账号，避免操作到错误账号。</w:t>
      </w:r>
    </w:p>
    <w:p>
      <w:pPr>
        <w:pStyle w:val="Heading2"/>
      </w:pPr>
      <w:r>
        <w:t>3. 是否可以用它直接开播或结束直播？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可以通过推流相关命令管理直播状态。正式操作前，建议先确认频道 ID、推流配置和直播状态，避免影响正在进行的直播。</w:t>
      </w:r>
    </w:p>
    <w:p>
      <w:pPr>
        <w:pStyle w:val="Heading2"/>
      </w:pPr>
      <w:r>
        <w:t>4. 适合哪些团队使用？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适合需要频繁管理直播频道、查询数据、配置互动能力或批量处理直播资源的运营团队和技术团队。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保利威直播 Skill 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