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直播后台概述 #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保利威直播后台在用户注册保利威账号后自动分配，支持对直播间的创建、设置、删除、分配等操作，支持通过单点登录或ODM方式集成后台功能到企业已有系统中。</w:t>
      </w:r>
    </w:p>
    <w:p>
      <w:pPr>
        <w:pStyle w:val="Heading1"/>
      </w:pPr>
      <w:r>
        <w:t>注册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注册链接</w:t>
      </w:r>
      <w:r>
        <w:rPr>
          <w:rFonts w:ascii="Source Han Sans SC" w:hAnsi="Source Han Sans SC" w:eastAsia="Source Han Sans SC" w:cs="Source Han Sans SC" w:hint="eastAsia"/>
          <w:sz w:val="21"/>
        </w:rPr>
        <w:t>或在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官网</w:t>
      </w:r>
      <w:r>
        <w:rPr>
          <w:rFonts w:ascii="Source Han Sans SC" w:hAnsi="Source Han Sans SC" w:eastAsia="Source Han Sans SC" w:cs="Source Han Sans SC" w:hint="eastAsia"/>
          <w:sz w:val="21"/>
        </w:rPr>
        <w:t>上方点击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[免费试用</w:t>
      </w:r>
      <w:r>
        <w:rPr>
          <w:rFonts w:ascii="Source Han Sans SC" w:hAnsi="Source Han Sans SC" w:eastAsia="Source Han Sans SC" w:cs="Source Han Sans SC" w:hint="eastAsia"/>
          <w:sz w:val="21"/>
        </w:rPr>
        <w:t>]按钮，进入注册页面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根据信息指引依次填写信息即可完成注册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图片：../../../img/l6Ges2rjen_XsaKfrY9y0w.png</w:t>
      </w:r>
    </w:p>
    <w:p>
      <w:pPr>
        <w:pStyle w:val="Heading1"/>
      </w:pPr>
      <w:r>
        <w:t>登录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登录链接</w:t>
      </w:r>
      <w:r>
        <w:rPr>
          <w:rFonts w:ascii="Source Han Sans SC" w:hAnsi="Source Han Sans SC" w:eastAsia="Source Han Sans SC" w:cs="Source Han Sans SC" w:hint="eastAsia"/>
          <w:sz w:val="21"/>
        </w:rPr>
        <w:t>或在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官网</w:t>
      </w:r>
      <w:r>
        <w:rPr>
          <w:rFonts w:ascii="Source Han Sans SC" w:hAnsi="Source Han Sans SC" w:eastAsia="Source Han Sans SC" w:cs="Source Han Sans SC" w:hint="eastAsia"/>
          <w:sz w:val="21"/>
        </w:rPr>
        <w:t>上方点击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[登录</w:t>
      </w:r>
      <w:r>
        <w:rPr>
          <w:rFonts w:ascii="Source Han Sans SC" w:hAnsi="Source Han Sans SC" w:eastAsia="Source Han Sans SC" w:cs="Source Han Sans SC" w:hint="eastAsia"/>
          <w:sz w:val="21"/>
        </w:rPr>
        <w:t>]按钮，进入登录页面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提供三种登录方式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2.1 密码登录：通过注册手机号或邮箱（首次登录后设置）+ 登录密码（首次登录后设置）登录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2.2 短信登录：通过注册手机号 + 短信验证码登录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2.3 频道登录：通过频道号（登录后创建）登录至单频道后台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首次登录时，需要补充邮箱和登录密码，填写完成后可领取 7 天体验礼包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742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877ab3046707d5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74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修改密码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&amp;emsp;&amp;emsp;若忘记密码，可点击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登录页面-忘记密码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重置登录密码。需注意账号邮箱和接收重置邮件的邮箱需为同一个</w:t>
      </w:r>
    </w:p>
    <w:p>
      <w:pPr>
        <w:pStyle w:val="Heading1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&amp;emsp;&amp;emsp;同一个手机号仅能注册一个账号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直播后台概述 #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