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投票活动</w:t>
      </w:r>
    </w:p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投票活动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支持灵活配置投票规则、投票结果展示方式与投票选项布局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快速收集观众反馈、控制直播节奏、提升互动与参与度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教学、营销、活动等多种直播场景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1. 投票活动开启入口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位置：营销互动-投票活动-打开开关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2bb3ec69770d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投票规则配置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投票的参与规则、结果公布方式、选项展示方式、投票规则配置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839ddbec3f138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投票限制：每人最多选 X 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限制用户在同一频道内可以选择的选项数量（不区分场次）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不设置则无投票限制，观众只能为一个选项投一票，但是不限制一共投多少票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若设置了投票限制，达到投票限制时，观众将不能再继续投票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投票结果展示，支持3种模式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投票后显示投票结果：用户提交自己的投票后才能看到当前选项票数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实时显示投票结果：所有人（包含未投票者）都能实时看到票数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手动发布投票结果：结束全部选项后在管理后台统一公布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选项展示样式：支持选项单列/双列布局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单列：建议选项较少、希望突出选项内容时使用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双列：建议选项较多时使用，可减少滚动并提升阅读效率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投票规则：支持填写自定义规则，会直接展示在观看页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10f2f19dc9a56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添加选项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选项名称（必填）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限制20个字符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选项图片（非必选）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单列布局时图片尺寸建议343*100px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双列布局时图片尺寸建议200*200px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图片大小不超过2M，支持jpg、jpeg、png格式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注意事项：20251204之前的投票的选项管理页面为独立新页面，若需查看旧版操作文档，可参考：https://help.polyv.net/index.html#/live/product/live_bgm/vote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fd39b7e1261ad6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415a4b715983216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发起选项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支持发起单个选项或批量发起多个选项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选项被发起后，选项的状态变为投票中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选项将展示在观看页，观众可开始为选项投票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698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2c120e73d37dab6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69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5. 结束选项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支持结束单个选项或批量结束多个选项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选项被结束后，选项的状态变为已结束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已结束的选项支持重发选项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若未删除选项，选项仍会展示在观看页，观众不可再为选项投票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4759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53df959813a575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47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6. 删除选项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支持删除单个选项或批量删除多个选项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只有已结束/未开始的投票选项支持删除；投票中的选项不支持删除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选项被删除后，将不会展示在观看页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7817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914131554d4ebef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781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7. 选项排序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拖动可给选项排序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选项顺序将同步到观看页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44759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e89bb16b906406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4475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8. 导出列表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在投票列表中点击【导出列表】，可导出全部投票选项数据。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77131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34667e49e874b19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771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导出内容包括选项信息、选项 ID、票数和状态，便于保存和分析投票结果。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89592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566bdd4f3f226e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8959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三、观看页效果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单列效果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38644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f5f9c2f37e4c9e5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386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31748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be7c160131aef68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3174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双列效果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PC观看页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5087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b58342b4e0e958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508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25070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255f497635e198-docx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25070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Relationship Id="rId24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投票活动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