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多会场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多会场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支持在一个观看页中关联多个直播频道，观众可在不同会场之间切换观看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实现多个直播会场入口能同时展示在观看页，减少多场直播分散观看的问题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大型活动中需要同时进行多场直播的场景,如峰会、培训或展会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操作路径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pPr>
        <w:pStyle w:val="Heading2"/>
      </w:pPr>
      <w:r>
        <w:t>1.功能入口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进入「直播列表」页面，选中直播点击「详情」，在直播间管理模块处点击「多会场」-「设为主会场」开启多会场功能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759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3f3ffa132078ee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59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2.添加分会场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点击「添加分会场」，勾选需要添加的频道，添加的频道会作为当前频道的分会场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支持对分会场排序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支持设置分会场模板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支持取消绑定已设置的分会场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182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6ac7c9d712a033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182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3.观众切换会场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观众进入相应的开播频道，在频道下方出现“分会场”区域，点击任意频道即可实现切换；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主会场名字显示“主会场”字样，分会场则显示直播间原名</w:t>
      </w:r>
    </w:p>
    <w:p>
      <w:pPr>
        <w:pStyle w:val="Heading3"/>
      </w:pPr>
      <w:r>
        <w:t>（1）网页端观看页面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255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fe9d8dd5e52731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255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（2）移动端横屏观看页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390229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9c295469cd5354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3902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（3）移动端竖屏观看页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43168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eee7bc0b18c0a33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431687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多会场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