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音视频连麦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音视频连麦功能允许直播间的主播与观众实时进行音视频互动，观众可申请连麦，主播同意后即可加入直播画面，实现双向或多方互动。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增强互动性、丰富内容形式、拉近主播与观众距离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娱乐直播、教育直播、电商直播、线上会议/活动等</w:t>
            </w:r>
          </w:p>
        </w:tc>
      </w:tr>
    </w:tbl>
    <w:p>
      <w:pPr>
        <w:spacing w:after="40"/>
      </w:pPr>
    </w:p>
    <w:p>
      <w:pPr>
        <w:pStyle w:val="Heading1"/>
      </w:pPr>
      <w:r>
        <w:t>观众如何与主播连麦互动？</w:t>
      </w:r>
    </w:p>
    <w:p>
      <w:pPr>
        <w:pStyle w:val="Heading3"/>
      </w:pPr>
      <w:r>
        <w:t>观众可以通过PC网页端、手机APP vclass和微信小程序live学一学三种方式与讲师连麦互动。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第一种：PC网页端连麦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首先，使用浏览器打开老师提供的直播链接。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讲师开启连线后，学生可以在讲师头像的右下角看到“申请连线”。点击申请，等待讲师允许后，学生的画面就会出现在网页中，这时候连麦就成功啦。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第二种方式：手机APP VClass连麦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手机下载VClass APP(展示app下载码)，然后使用讲师提供的频道号登录。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讲师开启连线后，就会在VClass弹出连线提示，学生可以点击申请连线，讲师同意后，即可连麦成功，这时候学生就可以与老师愉快地连麦互动啦。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第三种方式：微信小程序 live学一学连麦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&amp;emsp;&amp;emsp;首先在微信搜索栏输入“live学一学”，打开小程序。输入讲师提供的直播频道号登录。讲师开启连线后，点击“申请连麦”，讲师同意后，即可连麦成功。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确保电脑有摄像头和麦克风可用。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PC端连线，建议学生使用最新版Chrome（谷歌）浏览器，连麦更加稳定。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学生端的上行网络最好2Mbps以上。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连线互动对电脑有一定压力，本地不要再开其它占用上行网络和系统性能的应用，如百度网盘。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音视频连麦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