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主讲管理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主讲管理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可将频道和主讲进行关联，关联后在观看页显示主讲的头像和信息；主讲详情页可查看主讲的基础信息，关联频道等数据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营销直播中，需要曝光主讲 iP 信息；2. 希望能根据主讲维度查询直播数据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新建主讲&amp;关联主讲；2. 引导页和观看页显示主讲信息；3. 数据统计显示主讲信息；4. 支持微信绑定主讲，便于开播端微信登录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1、新建主讲&amp;关联主讲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在「直播列表」找到「主讲管理」按钮，进入主讲管理页面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69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191cdbcdbaff8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69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点击「新增主讲」，在新建页面填写主讲昵称、主讲性别、等基础信息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882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f4d2c34935f01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8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5609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5cf9bb3786101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560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点击主讲头像、昵称，或操作列表的「详情」，可进入主讲详情页，查看主讲基础信息、已关联频道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6526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5853f195414d5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652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新建成功后，可以在主讲列表进行关联频道/关联修改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点击「关联」，选择需要关联的频道，确认后保存生效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单个主讲最多可关联 1000 个频道。可通过频道筛选、勾选并保存关联结果。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1048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a06c018abf860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104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主讲关联成功后，所关联频道主讲信息会被已关联的主讲信息进行替换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一个频道只能关联一个主讲，如果频道已经关联了主讲，此处不会显示该频道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4009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caccc21064c2c9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400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如果需要取消关联主讲，在角色设置内点击「取消关联」，或在主讲「关联修改」。取消关联后，主讲信息将恢复为关联主讲前的数据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取消关联后，在角色设置可以直接操作关联主讲，直接关联其他主讲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843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56a7540e7b2cab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8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0717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07d6505332fa28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071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2、主讲绑定微信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在「主讲管理」列表和「主讲详情」内可以点击绑定主讲进行绑定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绑定主讲后，主讲可以通过微信一键登录或者微信扫码登录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447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8a93d4a711411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44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0267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3edab95eb162e7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026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绑定后，支持解绑/换绑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616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4427329db13874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6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3、引导页和观看页显示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频道添加主讲后，在频道的引导页和观看页，将显示主讲的头像和昵称。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512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f81fad8b3b6690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5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011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2afef7030105e6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01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3、数据统计增加主讲维度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频道关联场次并开播后，在场次统计和直播间统计，将会显示主讲的信息，并支持根据主讲昵称进行数据筛选。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60922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94e401ed8fd734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609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69944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089cbf9df2acb03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6994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主讲管理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