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画面监控</w:t>
      </w:r>
    </w:p>
    <w:p>
      <w:pPr>
        <w:pStyle w:val="Heading1"/>
      </w:pPr>
      <w:r>
        <w:t>一、功能说明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画面监控用于集中查看当前账号下正在直播中的画面，帮助运营人员快速了解多个直播间的实时画面状态。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该功能可从【直播概览】-【我的服务】-【画面监控】进入。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如果使用子账号进入画面监控，仅能查看该子账号有权限查看的直播间范围内，正在直播中的画面。</w:t>
      </w:r>
    </w:p>
    <w:p>
      <w:pPr>
        <w:pStyle w:val="Heading1"/>
      </w:pPr>
      <w:r>
        <w:t>二、适用场景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当前账号下有多个直播间正在直播，需要集中查看直播画面。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运营人员需要快速确认正在直播中的画面是否正常。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子账号需要在自身权限范围内查看正在直播中的画面。</w:t>
      </w:r>
    </w:p>
    <w:p>
      <w:pPr>
        <w:pStyle w:val="Heading1"/>
      </w:pPr>
      <w:r>
        <w:t>三、操作步骤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进入直播管理后台，打开【直播概览】页。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在【我的服务】区域，点击【画面监控】。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019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891e72468e02b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019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进入【直播监控墙】页面后，查看当前账号下正在直播中的画面。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3084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27bcfdd5b322a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308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画面监控只展示当前账号下正在直播中的画面。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子账号只展示该子账号有权限查看的直播间范围内，正在直播中的画面。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若当前账号下没有正在直播中的直播间，页面不会展示直播画面。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若需要查看待直播、回放中或已结束的直播间，可前往直播间列表查看。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画面监控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