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一客一码使用说明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一客一码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【一客一码】是一个帮助销售人员跟进客户的功能。通过给客户发送专属的邀约链接，销售可以通过后台查到客户在直播间的行为动态，并可以通过监控面板实时查看自己的客户状态，帮助销售高效跟进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通过一客一码帮助销售跟进客户，达到直播间转化的目的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举例场景：某客户举办一场带货直播，希望更多观众能进到直播间观看并下单。因此使用一客一码功能，让销售根据客户的观看数据，优先跟进观看数据较高的客户，从而高效达到业绩结算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234608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5a735ac241e00b0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23460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客户管理、销售管理、直播管理、监控看板、行为轨迹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仅支持子账号发起客户跟进，需要提前开通好子账号权限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1、支持sdk对接（使用V3观看页SDK）；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准备工作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1.账号开通：功能可免费使用，如需使用监控看板和观众的行为轨迹，可联系商务开通一客一码监控看板权限以及用户画像权限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2.账号准备：需要一个普通的SaaS账号，以及对应的销售管理和普通的销售名单，注意名单数量需在子账号数量范围内</w:t>
      </w:r>
    </w:p>
    <w:p>
      <w:pPr>
        <w:pStyle w:val="Heading2"/>
      </w:pPr>
      <w:r>
        <w:t>1. 创建角色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位置：管理后台-子账号管理-角色权限-平台设置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权限说明：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一客一码-销售：勾选后，此角色的账号可进入管理后台-一客一码-客户管理&amp;直播管理页面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一客一码-管理：勾选后，此角色的账号可进入管理后台-一客一码-销售管理页面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一客一码-监控看板聊天列表：勾选后，此角色的账号可在监控看板查看聊天列表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一客一码-监控看板聊天审核：勾选后，此角色的账号可在监控看板审核聊天信息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40ca58268d96c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创建子账号并关联角色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新建或编辑子账号，子账号根据需要设置权限，可以放在总部或总部以下的组织，子账号放在总部，可以在直播列表看到账号下所有直播。子账号放在二级及二级以下组织，可设置为只能看到该组织下的直播或可查看上级组织的直播的权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0b46e08690c06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添加需要推广的直播频道，勾选对应的销售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需要销售去推广的直播，进入直播列表，设置需要推广的直播；可搭配其他观看条件一起开启使用，专属邀请跟进的客户，通过销售分享的专属链接进入，其他观看条件通过普通直播链接进入，校验观看条件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822307ee7161a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90c74d88bdf3f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进入一客一码页面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位置：管理后台-&gt;平台设置-一客一码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可进行客户管理、直播链接复制或海报下载、以及跟进客户操作</w:t>
      </w:r>
    </w:p>
    <w:p>
      <w:pPr>
        <w:pStyle w:val="Heading3"/>
      </w:pPr>
      <w:r>
        <w:t>4.1 一客一码直播管理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此处复制的链接、下载的海报，会带上销售的个人参数，客户通过此链接或海报进入时，如开启手机号和短信验证，会要求填写短信验证码进入，支持海外及国内手机号，验证后此客户会归属于对应的销售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90093fa4ca6e8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4.2 一客一码客户管理</w:t>
      </w:r>
    </w:p>
    <w:p>
      <w:pPr>
        <w:pStyle w:val="Heading3"/>
      </w:pPr>
      <w:r>
        <w:t>客户管理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销售可以提前录入客户线索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4b5ee4c419f35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监控看板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销售可以查看自己跟进的客户的在线状态、直播间发言以及进出情况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2774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c7775b2914d20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277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数据延迟：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监控看板-在线客户-详情：数据延迟1-2分钟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监控看板-客户列表：数据返回延迟2-3分钟</w:t>
      </w:r>
    </w:p>
    <w:p>
      <w:pPr>
        <w:pStyle w:val="Heading3"/>
      </w:pPr>
      <w:r>
        <w:t>跟进详情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点击跟进详情可以进入客户的详情页面，分为客户信息、行为轨迹、跟进记录三部分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edf450ecfb1595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其中客户信息为销售填写编辑的，行为轨迹为客户通过专属链接进入直播间的客户动态，跟进记录为销售手动填写的跟进记录</w:t>
      </w:r>
    </w:p>
    <w:p>
      <w:pPr>
        <w:pStyle w:val="Heading2"/>
      </w:pPr>
      <w:r>
        <w:t>5. 客户填写手机号页面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5.1 通过销售发送的专属链接、邀请海报的，可以选择是否需要填写手机号、短信验证，验证过不需要再次填写；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57b9d0aad1c907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5.2 销售的专属链接、邀请海报被客户转发，带来新客户（即客户填写手机号验证，且该手机号不在用户池中），该客户归属于该销售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847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9544641b1d652c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84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开启手机验证后，观众进入直播间规则：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1.通过一客一码专属链接或带参海报进入直播间的观众，开启手机短信验证后，需要验证进入。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2.通过普通的“直播链接”进入直播间的观众，无条件进入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分享直播间规则：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1.销售发专属海报给客户A，客户A通过微信等转发给客户B，客户B进入需要验证手机。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2.客户A通过一客一码邀请进入直播间，直接在直播间（链接或生成海报）分享给客户B，客户B需要验证手机。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3.客户A通过普通链接进入直播间，直接在直播间（链接或生成海报）分享给客户B，客户无条件进入</w:t>
      </w:r>
    </w:p>
    <w:p>
      <w:pPr>
        <w:pStyle w:val="Heading2"/>
      </w:pPr>
      <w:r>
        <w:t>6.常见问题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为什么行为轨迹里没有数据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检查账号是不是开启了「用户画像权限」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为什么销售管理账号添加不了角色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检查角色权限是仅主账号，需要开启主账号+分账号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行为轨迹多久更新一次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目前是5～10分钟，后续会继续提升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行为轨迹还有哪些条件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目前的数据统计是需要直播间有场次，没有场次的情况下是不会采集观众的行为动作（历史原因，改动较大，已经在排期优化）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主账号可用于客户跟进吗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不行，请使用带销售管理或普通销售的权限进行链接复制或海报下载，这样才能带上销售人员的信息，做到客户归属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 目前支持哪些行为的采集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 评论、点赞、抽奖结果、答题卡、问卷、签到，其他互动数据开发中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一客一码使用说明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