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数据监控</w:t>
      </w:r>
    </w:p>
    <w:p>
      <w:pPr>
        <w:pStyle w:val="Heading1"/>
      </w:pPr>
      <w:r>
        <w:t>一、功能说明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数据监控用于集中查看当前账号下正在直播中的运营数据，帮助运营人员快速了解多个直播间的实时数据情况。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该功能可从【直播概览】-【我的服务】-【数据监控】进入。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如果使用子账号进入数据监控，仅能查看该子账号有权限查看的直播间范围内，正在直播中的数据。</w:t>
      </w:r>
    </w:p>
    <w:p>
      <w:pPr>
        <w:pStyle w:val="Heading1"/>
      </w:pPr>
      <w:r>
        <w:t>二、适用场景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当前账号下有多个直播间正在直播，需要集中查看实时数据。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运营人员需要快速了解正在直播中的频道数量、在线人数和互动数据。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子账号需要在自身权限范围内查看正在直播中的数据。</w:t>
      </w:r>
    </w:p>
    <w:p>
      <w:pPr>
        <w:pStyle w:val="Heading1"/>
      </w:pPr>
      <w:r>
        <w:t>三、操作步骤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进入直播管理后台，打开【直播概览】页。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在【我的服务】区域，点击【数据监控】。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1382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29bfca611a37bf0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1382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进入【直播间数据监控】页面后，查看当前账号下正在直播中的数据。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7802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0c8e10235ab3972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780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四、页面说明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数据监控页面包含【平台实时总览】和【直播间明细监控】两部分。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区域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平台实时总览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展示当前账号下实时开播频道、实时在线总人数。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直播间明细监控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展示正在直播中的直播间数据，可查看直播间浏览量、实时在线、观看人次、点赞数、商品点击 PV、商品销量等数据。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页面支持按频道名称、频道号和分类查询直播间，也支持配置展示指标、切换展示方式和导出数据。</w:t>
      </w:r>
    </w:p>
    <w:p>
      <w:pPr>
        <w:pStyle w:val="Heading1"/>
      </w:pPr>
      <w:r>
        <w:t>五、注意事项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数据监控只展示当前账号下正在直播中的数据。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子账号只展示该子账号有权限查看的直播间范围内，正在直播中的数据。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若当前账号下没有正在直播中的直播间，页面不会展示直播间明细数据。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若需要查看单个直播间更完整的数据指标，可进入对应直播间的数据大屏查看。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数据监控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