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实时字幕</w:t>
      </w:r>
    </w:p>
    <w:p/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实时字幕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在直播过程中自动生成字幕内容，并支持配置多语种字幕，实现直播内容的实时翻译展示。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为观众提供字幕辅助，帮助理解直播内容，并满足不同语言观众的观看需求。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适用于培训讲解、跨语言直播，以及使用 OBS 或第三方工具推流的直播场景。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前提说明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需联系商务开通此功能。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实时字幕支持以下字幕生成方式：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直播客户端模式</w:t>
      </w:r>
      <w:r>
        <w:rPr>
          <w:rFonts w:ascii="Source Han Sans SC" w:hAnsi="Source Han Sans SC" w:eastAsia="Source Han Sans SC" w:cs="Source Han Sans SC" w:hint="eastAsia"/>
          <w:sz w:val="21"/>
        </w:rPr>
        <w:t>：由直播客户端识别并生成字幕，适用于使用直播客户端开播的场景。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云端模式</w:t>
      </w:r>
      <w:r>
        <w:rPr>
          <w:rFonts w:ascii="Source Han Sans SC" w:hAnsi="Source Han Sans SC" w:eastAsia="Source Han Sans SC" w:cs="Source Han Sans SC" w:hint="eastAsia"/>
          <w:sz w:val="21"/>
        </w:rPr>
        <w:t>：由云端根据直播间拉流地址识别并生成字幕，适用于 OBS 或第三方工具推流的场景。</w:t>
      </w:r>
    </w:p>
    <w:p>
      <w:pPr>
        <w:pStyle w:val="Heading3"/>
      </w:pPr>
      <w:r>
        <w:t>直播客户端模式的音频识别说明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语音识别的是混合音频，可采集到麦克风声音、系统采集音和多媒体声音。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【直播+连麦互动】模式下，系统采集音不会被识别。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Mac 系统使用直播客户端并选择【仅直播】模式时，需开启【BlackHole 2ch】以输出系统采集音。</w:t>
      </w:r>
    </w:p>
    <w:p>
      <w:pPr>
        <w:pStyle w:val="Heading2"/>
      </w:pPr>
      <w:r>
        <w:t>1. 功能入口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操作路径：【直播列表】— 选择频道 — 【AI服务】— 【实时字幕】— 开启实时字幕功能。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2282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d4ae11ed177032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228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识别设置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开启实时字幕后，完成以下设置：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字幕生成方式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直播客户端模式</w:t>
      </w:r>
      <w:r>
        <w:rPr>
          <w:rFonts w:ascii="Source Han Sans SC" w:hAnsi="Source Han Sans SC" w:eastAsia="Source Han Sans SC" w:cs="Source Han Sans SC" w:hint="eastAsia"/>
          <w:sz w:val="21"/>
        </w:rPr>
        <w:t>：由直播客户端识别并输出字幕。使用该模式时，需通过直播客户端开播。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云端模式</w:t>
      </w:r>
      <w:r>
        <w:rPr>
          <w:rFonts w:ascii="Source Han Sans SC" w:hAnsi="Source Han Sans SC" w:eastAsia="Source Han Sans SC" w:cs="Source Han Sans SC" w:hint="eastAsia"/>
          <w:sz w:val="21"/>
        </w:rPr>
        <w:t>：由云端根据直播间拉流地址识别并输出字幕。使用 OBS 或第三方工具推流时，可选择该模式。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&gt; 开启云端模式后，直播客户端不会生成或发送字幕，避免客户端字幕与云端字幕重复显示。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字幕生成方式包括【POLYV 直播客户端】和【云端识别】。指定后，直播过程中不可切换。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95297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25bba61ebe8e69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9529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原声字幕语种</w:t>
      </w:r>
      <w:r>
        <w:rPr>
          <w:rFonts w:ascii="Source Han Sans SC" w:hAnsi="Source Han Sans SC" w:eastAsia="Source Han Sans SC" w:cs="Source Han Sans SC" w:hint="eastAsia"/>
          <w:sz w:val="21"/>
        </w:rPr>
        <w:t>：实时同步主讲开播时使用的语种。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支持中文、英文、菲律宾语、泰语、韩语、日语、德语、马来语、印尼语、越南语、法语、葡萄牙语、阿拉伯语、西班牙语、土耳其语等语种。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字幕翻译</w:t>
      </w:r>
      <w:r>
        <w:rPr>
          <w:rFonts w:ascii="Source Han Sans SC" w:hAnsi="Source Han Sans SC" w:eastAsia="Source Han Sans SC" w:cs="Source Han Sans SC" w:hint="eastAsia"/>
          <w:sz w:val="21"/>
        </w:rPr>
        <w:t>：开启后，可将原声字幕翻译为所选语种。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翻译字幕语种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支持中文、英文、菲律宾语、泰语、马来语、印尼语、老挝语、缅甸语、越南语、俄语、土耳其语、葡萄牙语、西班牙语、高棉语、泰米尔语、日语、韩语、法语、德语、阿拉伯语等语种。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933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4d584fa287e389d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93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 展示与推送设置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观看页显示</w:t>
      </w:r>
      <w:r>
        <w:rPr>
          <w:rFonts w:ascii="Source Han Sans SC" w:hAnsi="Source Han Sans SC" w:eastAsia="Source Han Sans SC" w:cs="Source Han Sans SC" w:hint="eastAsia"/>
          <w:sz w:val="21"/>
        </w:rPr>
        <w:t>：关闭后，观看页不显示字幕，但后台仍会生成字幕数据。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字幕安全设置</w:t>
      </w:r>
      <w:r>
        <w:rPr>
          <w:rFonts w:ascii="Source Han Sans SC" w:hAnsi="Source Han Sans SC" w:eastAsia="Source Han Sans SC" w:cs="Source Han Sans SC" w:hint="eastAsia"/>
          <w:sz w:val="21"/>
        </w:rPr>
        <w:t>：支持控制实时字幕内容在观看页显示的最新数量。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启用数据回调</w:t>
      </w:r>
      <w:r>
        <w:rPr>
          <w:rFonts w:ascii="Source Han Sans SC" w:hAnsi="Source Han Sans SC" w:eastAsia="Source Han Sans SC" w:cs="Source Han Sans SC" w:hint="eastAsia"/>
          <w:sz w:val="21"/>
        </w:rPr>
        <w:t>：关闭后停止推送，已填写的回调地址会保留。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回调接口 URL</w:t>
      </w:r>
      <w:r>
        <w:rPr>
          <w:rFonts w:ascii="Source Han Sans SC" w:hAnsi="Source Han Sans SC" w:eastAsia="Source Han Sans SC" w:cs="Source Han Sans SC" w:hint="eastAsia"/>
          <w:sz w:val="21"/>
        </w:rPr>
        <w:t>：支持填写接收字幕数据的回调地址。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4997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86f0d50897e35a4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499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 直播客户端模式下开启实时字幕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使用直播客户端模式时，需为主讲角色配置实时字幕权限。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操作路径：【角色设置】— 【主讲设置】— 【角色权限】— 【功能配置】— 【实时字幕】。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开启后，直播客户端的设置弹窗内会展示实时字幕功能。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690f504b314637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在未开播状态下，可在直播客户端中点击【系统设置】—【实时字幕】完成字幕设置。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3356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5c22faf4c601013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33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选择云端模式时，无需在直播客户端中开启实时字幕；云端会在直播开始后生成字幕和翻译内容。</w:t>
      </w:r>
    </w:p>
    <w:p>
      <w:pPr>
        <w:pStyle w:val="Heading2"/>
      </w:pPr>
      <w:r>
        <w:t>5. 回放字幕设置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具体操作可查看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视频库-字幕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三、观众观看页效果</w:t>
      </w:r>
    </w:p>
    <w:p>
      <w:pPr>
        <w:pStyle w:val="Heading2"/>
      </w:pPr>
      <w:r>
        <w:t>1. 实时字幕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PC 端观看页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在聊天室中点击【实时字幕】，可查看已同步的字幕。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在设置中开启【实时字幕】后，可在视频底部查看字幕。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32976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2fe07d698329aa0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329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移动端观看页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9203668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8eb0f6f7411b5e0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92036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字幕翻译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PC 端观看页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5058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c864abfb65bb337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505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移动端观看页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9297579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d12e2f2b1c7b85d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92975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四、常见问题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使用中遇到操作问题，可查看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实时字幕常见问题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实时字幕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