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助教设置与子频道管理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&amp;emsp;&amp;emsp;使用助教设置，可以对子频道进行管理，另外还可以进入助教后台和导播台。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每个直播频道最多可以创建40个子频道。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助教信息可以修改，例如昵称、头衔、密码、头像等。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&amp;emsp;&amp;emsp;3. 可以给助教开启公告权限和签到权限，如果是三分屏模式，则可以开启PPT翻页权限。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助教设置与子频道管理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