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严禁词</w:t>
      </w:r>
    </w:p>
    <w:p>
      <w:pPr>
        <w:pStyle w:val="Heading1"/>
      </w:pPr>
      <w:r>
        <w:t>一、功能概览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严禁词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功能介绍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通过管理员预设的严禁词库，实时检测并拦截聊天内容中的违规词汇，确保聊天内容符合平台规范与监管要求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使用目的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通过严禁词功能，有效过滤聊天内容中的不当言论或敏感信息，维护健康的直播环境，降低违规风险，保障平台内容的安全性与合规性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当用户在直播聊天室中使用违规词汇时，系统将自动识别并按预定规则处理相关内容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操作路径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591233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e6e8695d5f805123-docx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591233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40"/>
      </w:pPr>
    </w:p>
    <w:p>
      <w:pPr>
        <w:pStyle w:val="Heading1"/>
      </w:pPr>
      <w:r>
        <w:t>二、操作步骤</w:t>
      </w:r>
    </w:p>
    <w:p>
      <w:pPr>
        <w:pStyle w:val="Heading2"/>
      </w:pPr>
      <w:r>
        <w:t>1.后台设置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（1）严禁词管理页有三种打开方式，分别是：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a.进入直播后台，打开直播列表，进入直播间管理，进入合规风控，点击严禁词屏蔽。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163733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3255a1ce75f3107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16373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b.进入直播后台，打开直播列表，进入合规风控，点击严禁词屏蔽。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70416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8bbfc6a268aabeb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7041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（2）严禁词分为频道严禁词与平台严禁词，其中，平台严禁词将在所有频道全局生效。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22591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c518d0e7929124b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22591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（3）与严禁词相反，免审词用于直播聊天室的免审词过滤功能。即被系统识别为免审词之后，不需要审核即可被所有人看见。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70525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e5cac3d3bf8e8b5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705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（4）严禁词可以进行详细设置，严禁词拦截类型决定是否允许严禁词被以*号形式发出;手机号、QQ号过滤即让号码全部或部分替换为不相关字符;也可以选择让讲师,助教也适用于严禁词过滤规则。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068352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f83b4d85b84c56d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0683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（5）严禁词库支持单条导入，批量导入，清空等功能；使用批量导入功能时，首先下载模板，然后将需要导入的严禁词放置在模板表格的第一列中，然后点击批量导入按钮，上传模板表格。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666644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cc8d7e2817d9a85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66664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4773365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9ae239bc1e87f81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4773365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可以看见，导入成功。</w:t>
      </w:r>
    </w:p>
    <w:p/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481662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c7a84e9fd4d957d-docx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4816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2.效果展示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（1）以网页开播端与网页观看端为例，讲师发出带有违禁词的话时，整句话被屏蔽。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7338062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523254e1de891e8-docx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73380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6145779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80cbc044ba7594a-docx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6145779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（2）发出qq号、手机号等，会被以*号替换。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59282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efdc1602244f75d-docx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5928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982228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2d82701806f1ca9-docx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982228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jpg"/><Relationship Id="rId19" Type="http://schemas.openxmlformats.org/officeDocument/2006/relationships/image" Target="media/image10.jpg"/><Relationship Id="rId20" Type="http://schemas.openxmlformats.org/officeDocument/2006/relationships/image" Target="media/image11.jpg"/><Relationship Id="rId21" Type="http://schemas.openxmlformats.org/officeDocument/2006/relationships/image" Target="media/image12.jpg"/><Relationship Id="rId22" Type="http://schemas.openxmlformats.org/officeDocument/2006/relationships/image" Target="media/image1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严禁词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