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视频库主要用于存储和管理直播的回放视频，在保利威直播回放中，包括直播暂存和回放列表以及点播列表</w:t>
      </w:r>
    </w:p>
    <w:p>
      <w:pPr>
        <w:pStyle w:val="Heading1"/>
      </w:pPr>
      <w:r>
        <w:t>一、直播暂存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直播过程中，会自动录制直播回放视频，录制的回放视频保存在直播暂存中，直播暂存保存天数只有180天，如果需要永久保存，需要转存到回放列表，回放列表需要购买点播服务，如果需要开通可以联系客服和销售直接开通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转存</w:t>
      </w:r>
      <w:r>
        <w:rPr>
          <w:rFonts w:ascii="Source Han Sans SC" w:hAnsi="Source Han Sans SC" w:eastAsia="Source Han Sans SC" w:cs="Source Han Sans SC" w:hint="eastAsia"/>
          <w:sz w:val="21"/>
        </w:rPr>
        <w:t>：选择视频，支持多选和全选，点击“添加至回放列表”，在弹出的信息中填写转存后视频的名称，以及对应所属的点播分类，点击保存提交。如果需要自动转存，可以进入”平台设置”-&gt;“频道设置”，开启“回放-自动转存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</w:t>
      </w:r>
      <w:r>
        <w:rPr>
          <w:rFonts w:ascii="Source Han Sans SC" w:hAnsi="Source Han Sans SC" w:eastAsia="Source Han Sans SC" w:cs="Source Han Sans SC" w:hint="eastAsia"/>
          <w:sz w:val="21"/>
        </w:rPr>
        <w:t>：支持对暂存数据删除，删除后将不可恢复，请谨慎操作，支持单个视频和批量视频删除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预览</w:t>
      </w:r>
      <w:r>
        <w:rPr>
          <w:rFonts w:ascii="Source Han Sans SC" w:hAnsi="Source Han Sans SC" w:eastAsia="Source Han Sans SC" w:cs="Source Han Sans SC" w:hint="eastAsia"/>
          <w:sz w:val="21"/>
        </w:rPr>
        <w:t>：预览可以看到直播回放视频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下载</w:t>
      </w:r>
      <w:r>
        <w:rPr>
          <w:rFonts w:ascii="Source Han Sans SC" w:hAnsi="Source Han Sans SC" w:eastAsia="Source Han Sans SC" w:cs="Source Han Sans SC" w:hint="eastAsia"/>
          <w:sz w:val="21"/>
        </w:rPr>
        <w:t>：支持下载回放视频地址，如果是文档+视频模板，则只下载视频，未裁剪或者合并过的视频，支持mp4和m3u8两种格式下载，如果裁剪或者合并过，则根据裁剪或者合并的模式下载对应的暂存视频，可见后裁剪和合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2966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a29023174f703b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296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二、回放列表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回放列表的视频永久存储，使用的是保利威的点播服务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</w:t>
      </w:r>
      <w:r>
        <w:rPr>
          <w:rFonts w:ascii="Source Han Sans SC" w:hAnsi="Source Han Sans SC" w:eastAsia="Source Han Sans SC" w:cs="Source Han Sans SC" w:hint="eastAsia"/>
          <w:sz w:val="21"/>
        </w:rPr>
        <w:t>：支持从回放列表中移除视频，支持单个和批量移除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添加视频</w:t>
      </w:r>
      <w:r>
        <w:rPr>
          <w:rFonts w:ascii="Source Han Sans SC" w:hAnsi="Source Han Sans SC" w:eastAsia="Source Han Sans SC" w:cs="Source Han Sans SC" w:hint="eastAsia"/>
          <w:sz w:val="21"/>
        </w:rPr>
        <w:t>：支持添加回已移除的视频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上移下移</w:t>
      </w:r>
      <w:r>
        <w:rPr>
          <w:rFonts w:ascii="Source Han Sans SC" w:hAnsi="Source Han Sans SC" w:eastAsia="Source Han Sans SC" w:cs="Source Han Sans SC" w:hint="eastAsia"/>
          <w:sz w:val="21"/>
        </w:rPr>
        <w:t>：按照列表播放并且选择的是回放列表时，播放顺序会按照回放列表排列顺序播放，通过调整回放列表位置，可以调整观看页回放播放顺序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修改名称：</w:t>
      </w:r>
      <w:r>
        <w:rPr>
          <w:rFonts w:ascii="Source Han Sans SC" w:hAnsi="Source Han Sans SC" w:eastAsia="Source Han Sans SC" w:cs="Source Han Sans SC" w:hint="eastAsia"/>
          <w:sz w:val="21"/>
        </w:rPr>
        <w:t>支持修改回放列表中的名称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修改首图：</w:t>
      </w:r>
      <w:r>
        <w:rPr>
          <w:rFonts w:ascii="Source Han Sans SC" w:hAnsi="Source Han Sans SC" w:eastAsia="Source Han Sans SC" w:cs="Source Han Sans SC" w:hint="eastAsia"/>
          <w:sz w:val="21"/>
        </w:rPr>
        <w:t>观看页支持按照回放列表方式回放，有独立的列表页允许用户观看，回放列表支持展示首图，视频名称以及视频时长。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系统支持自动截取并修正文档/视频作为默认首图，如果自动截取图片还是达不到所需的展示效果，提供自行上传和修改图片的功能，点击“更多”—&gt;“修改首图”上传修改即可。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850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113aaf8ac47f1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85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三、点播列表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点播列表是指可以从保利威点播系统中选择视频文件用于直播回放，如果直播频道是纯文档模板，则在点播设置对应频道号标签后添加即可，如果是文档+视频模板，因为涉及到文档和视频的进度关联，需要点播视频本身是该直播间回放视频才行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删除</w:t>
      </w:r>
      <w:r>
        <w:rPr>
          <w:rFonts w:ascii="Source Han Sans SC" w:hAnsi="Source Han Sans SC" w:eastAsia="Source Han Sans SC" w:cs="Source Han Sans SC" w:hint="eastAsia"/>
          <w:sz w:val="21"/>
        </w:rPr>
        <w:t>：支持从点播列表中移除视频，支持单个和批量移除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添加视频</w:t>
      </w:r>
      <w:r>
        <w:rPr>
          <w:rFonts w:ascii="Source Han Sans SC" w:hAnsi="Source Han Sans SC" w:eastAsia="Source Han Sans SC" w:cs="Source Han Sans SC" w:hint="eastAsia"/>
          <w:sz w:val="21"/>
        </w:rPr>
        <w:t>：支持添加回已移除的视频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上移下移</w:t>
      </w:r>
      <w:r>
        <w:rPr>
          <w:rFonts w:ascii="Source Han Sans SC" w:hAnsi="Source Han Sans SC" w:eastAsia="Source Han Sans SC" w:cs="Source Han Sans SC" w:hint="eastAsia"/>
          <w:sz w:val="21"/>
        </w:rPr>
        <w:t>：按照列表播放并且选择的是回放列表时，播放顺序会按照回放列表排列顺序播放，通过调整回放列表位置，可以调整观看页回放播放顺序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预览：</w:t>
      </w:r>
      <w:r>
        <w:rPr>
          <w:rFonts w:ascii="Source Han Sans SC" w:hAnsi="Source Han Sans SC" w:eastAsia="Source Han Sans SC" w:cs="Source Han Sans SC" w:hint="eastAsia"/>
          <w:sz w:val="21"/>
        </w:rPr>
        <w:t>支持直接预览回放视频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4800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67ddc3cb70212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480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四、裁剪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支持对暂存视频进行裁剪，裁剪区分m3u8格式和mp4格式，默认使用m3u8格式裁剪，要升级mp4裁剪可以需要联系客服免费升级</w:t>
      </w:r>
    </w:p>
    <w:p>
      <w:pPr>
        <w:pStyle w:val="Heading2"/>
      </w:pPr>
      <w:r>
        <w:t>1、m3u8裁剪：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m3u8视频格式每次播放都是播放一个小切片，切片的长度约6\~12秒，裁剪是直接裁剪某个切片，所以m3u8格式裁剪的精度大概是6\~12秒左右。操作步骤如下：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在暂存选择要裁剪的视频，进入裁剪页面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9753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789edfa99383f8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975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选择切片所在位置，可以通过获取的方式获取要截取的对应切片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点击确认删除，则删除掉对应的切片数据，如果需要还原对应切片,可以在已删除片段中恢复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7478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7b06c59208e32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747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填写裁剪后的视频名称，点击保存，则会生成一个新的裁剪视频</w:t>
      </w:r>
    </w:p>
    <w:p>
      <w:pPr>
        <w:pStyle w:val="Heading2"/>
      </w:pPr>
      <w:r>
        <w:t>2、MP4裁剪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MP4格式裁剪是支持对视频裁剪，可以做到秒级精度。操作步骤如下：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1)    在暂存选择要裁剪的视频，进入裁剪页面，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9753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789edfa99383f8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975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2)    输入要裁剪的开始时间和结束时间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3)    点击确认删除，则删除掉对应的视频数据，如果需要还原对应数据,可以在已删除片段中恢复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7478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7b06c59208e32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747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4)    填写裁剪后的视频名称，点击保存，则会生成一个新的裁剪视频</w:t>
      </w:r>
    </w:p>
    <w:p>
      <w:pPr>
        <w:pStyle w:val="Heading2"/>
      </w:pPr>
      <w:r>
        <w:t>3、合并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合并和裁剪会应用同样的规则，如果开通的是m3u8裁剪，则合并视频也为m3u8格式，如果开通的是mp4裁剪，则合并的也是mp4视频，合并的次数会以视频的直播开始时间作为次序合并，暂时还不支持自定义视频合并顺序，操作流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1)    选择要合并的视频，点击合并，输入合并后的名称，点击“确定”生成合并，如果是mp4合并，合并时间会需要时间比较久，可以点击“当前任务”，查看当前合并进度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0412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3a7b83197ebbd1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041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图片：C:/Users/P/Desktop/new/document-center/docs/img/bgm/replay007.png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141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a89c89bda69cba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141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