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直播监控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直播监控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监控是一个综合性的管理工具，旨在帮助管理员有效监控和管理直播间的视频内容及聊天互动。该功能主要分为两大模块：直播间视频监控和聊天室管理。通过直播监控，管理员可以确保直播内容的合规性、维护聊天秩序，并在必要时进行干预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容合规性：通过实时监控和严禁词管理，确保直播内容符合平台规范和法律法规。秩序维护：通过禁言、踢人等功能，维护聊天区的秩序，防止恶意言论和不当行为。灵活管理：通过测试模式和聊天审核功能，管理员可以在直播前进行测试，并在直播中灵活控制内容发布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企业培训直播、教育直播、电商直播、大型活动直播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82612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7fbc64deaa9cc27-docx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82612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40"/>
      </w:pPr>
    </w:p>
    <w:p>
      <w:pPr>
        <w:pStyle w:val="Heading1"/>
      </w:pPr>
      <w:r>
        <w:t>二、使用说明</w:t>
      </w:r>
    </w:p>
    <w:p>
      <w:pPr>
        <w:pStyle w:val="Heading2"/>
      </w:pPr>
      <w:r>
        <w:t>进入目标直播间管理后台，找到直播监控，点击进入直播监控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9925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234600a4bd9990b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9925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1、全局预览区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可以看到播放直播的画面，点击停止直播按钮可以让管理员在突发情况下直接停止推流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71741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d79124f1f1a4fe3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717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2、发言管理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聊天区可以进行删除聊天、禁言和踢人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74799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0a3d7cca4250ef4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747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3、修改管理员信息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可以修改自己的头像、昵称、头衔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933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c61189ce71bbb68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93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4、发布公告及发起签到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74799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0be09bda9eb9eb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747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74799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d2f1903ac1225b9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747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5、聊天严禁词管理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添加严禁词有两种方式，一是逐词添加，二是批量添加，批量添加通过下载模板，填写严禁词，再重新上传即可![](https://liveimages.videocc.net/help_doc/17de8143-e0d5-4321-895a-c261229e57d5.png)</w:t>
      </w:r>
    </w:p>
    <w:p>
      <w:pPr>
        <w:pStyle w:val="Heading2"/>
      </w:pPr>
      <w:r>
        <w:t>6、测试模式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测试模式开启后，只有助教以及管理员才能看到直播，其他人看不到，正式开启直播需要关闭测试模式。三分屏目前无法使用测试模式。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74799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fcd54f7be3a2a72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747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74799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b3a63eebfb329fe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747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7、聊天审核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聊天审核功能开启后，聊天需要管理员审核，才会出现在聊天区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74799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c3625809a50802b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747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74799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d7e8a62302dbf03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747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74799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fab15fa5c5c5fa5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747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8、下载聊天记录或提问记录到本地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74799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966989a1ea721e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74799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直播监控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