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直播间列表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直播列表用于集中展示账号下的直播间总数量等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直播列表用于集中展示和管理直播信息，便于查找、参与直播，并进行数据统计与分析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举例：运营人员通过直播列表查看近期直播安排，快速筛选出未开始的直播，提前做好预热推广；同时也能找到已结束的直播，统计参与人数和时长，分析直播效果，以便优化后续直播策略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分类标签、筛选条件、卡片模式、列表模式、批量管理、复制直播间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使用路径：云直播 -&gt; 直播列表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94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5faaef4f4a3eb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9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分类标签</w:t>
      </w:r>
    </w:p>
    <w:p>
      <w:pPr>
        <w:pStyle w:val="Heading3"/>
      </w:pPr>
      <w:r>
        <w:t>a. 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分类使用路径：云直播 -&gt; 直播列表 -&gt; 分类标签；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新建分类，点击“新建分类”，输入的字段最长不可以超过20个字符，保存后即可新建；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置顶/拖拽排序：分类列表内容过多时，可拖拽调整重要的分类优先展示。其中，默认分类属于默认项，默认置顶且不可更改和编辑；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修改分类，支持修改当前分类名称，选中对应分类，点击“修改”，可在编辑框输入新的分类名称；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删除分类，解散当前分类，不删除频道；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搜索分类，分类管理弹窗内提供关键词搜索分类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38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b22a5fe6e15f7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38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b. 标签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标签使用路径：云直播 -&gt; 直播列表 -&gt; 分类标签 -&gt; 标签管理；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新建标签：点击“新建标签”，输入标签名称后保存。单个账号最多可新建 9999 个标签，标签名称最长为 30 个字符；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达到标签数量上限后，不可继续新建标签；已有标签的筛选、编辑、删除及关联关系不受影响；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单个频道最多支持关联 50 个标签；单个标签最多支持关联 5000 个频道。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编辑标签，支持编辑当前标签名称，选中对应标签，点击“编辑”，可在编辑框输入新的标签名称；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通过相关的API接口来创建/管理标签：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创建标签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查询标签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编辑标签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删除标签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通过创建频道或编辑频道的API接口来关联标签：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创建频道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编辑频道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通过获取频道列表的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API接口</w:t>
      </w:r>
      <w:r>
        <w:rPr>
          <w:rFonts w:ascii="Source Han Sans SC" w:hAnsi="Source Han Sans SC" w:eastAsia="Source Han Sans SC" w:cs="Source Han Sans SC" w:hint="eastAsia"/>
          <w:sz w:val="21"/>
        </w:rPr>
        <w:t>来检索对应标签下的频道数据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直播详情页展示频道所关联的标签信息，通过查询频道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信息接口</w:t>
      </w:r>
      <w:r>
        <w:rPr>
          <w:rFonts w:ascii="Source Han Sans SC" w:hAnsi="Source Han Sans SC" w:eastAsia="Source Han Sans SC" w:cs="Source Han Sans SC" w:hint="eastAsia"/>
          <w:sz w:val="21"/>
        </w:rPr>
        <w:t>，来查询频道所关联的标签信息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183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7f45418af76a2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183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筛选条件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使用路径：云直播 -&gt; 直播列表 -&gt; 筛选区域；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支持对频道名称、直播状态、开播时间等12类筛选项进行筛选，方便查找目标直播频道；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筛选内容过多时，支持一键重置当前所有筛选项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387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879ecc59272c8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3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165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21b47d7a39b86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1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卡片模式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直播列表卡片模式下，展示已创建的直播间列表，默认按照创建时间降序展示；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卡片模式下，直播封面展示直播状态、是否使用无延迟状态；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自定义卡片内容信息，展示客户关注的内容，支持配置 1-3个字段；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卡片模式下，支持快速获取开播信息、分享观众观看信息以及更多快捷操作的入口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3274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6e30ee9d51df1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327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832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ef9d81f9f0b04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83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列表模式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列表模式下，展示已创建的直播间列表，默认按照创建时间降序展示；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列表模式下，默认展示筛选项的全部信息，包含频道名称、直播状态、开播时间等；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自定义列表内容信息，支持显示/隐藏、排序字段，帮助客户更加聚焦关注的内容，直播信息无法隐藏与修改排序；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列表模式下，支持快速获取开播信息、分享观众观看信息、以及更多快捷操作的入口和进入直播详情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278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a31d0c5690a20d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2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3496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ed4b600ebad42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349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直播日历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直播列表-&gt;直播日历下，展示已创建的直播间信息，日历仅展示设置了“直播时间”的频道；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直播日历下，默认展示直播间频道名称、频道号、直播时间；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支持按月进行翻页查看，以便于进行编排直播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053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2351e5a808fd72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0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156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e50130ef97813d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7. 批量管理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支持对直播间批量进行改分类、贴标签、导出开播信息以及删除；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列表模式下，默认展示筛选项的全部信息，包含频道名称、直播状态、开播时间等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611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ddb3044486d20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6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943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f4ed5960380d3f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94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8. 复制直播间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支持对现有的直播间进行复制；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复制成功后，对新复制的直播间进行调整，即可完成新直播间配置；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复制直播间只针对直播间设置进行复制，对于回放/统计/文档/聊天记录/报名记录等直播间数据信息不会进行复制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832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ef9d81f9f0b04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83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608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dcdb42b8384c31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60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