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使用助教管理直播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&amp;emsp;&amp;emsp;助教主要负责聊天室管理或者监播，如果是三分屏场景下，还可以安排一名助教协助讲师PPT翻页。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这里，以三分屏模式为例，普通直播同理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在直播后台，角色管理，助教设置，系统默认已经有5个子频道，如果需要，还可以新建子频道，也可以设置子频道信息，点击设置，可以自定义助教信息，包括头像，助教昵称、头衔、密码、设置权限。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权限设置这里，可以勾选ppt翻页和显示在线列表，这样，助教在管理聊天室的同时，可以协助讲师翻页；如果选择了监播，那其他两项不可选。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现在，我们来看看这两种模式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选择监播，确定保存，点击助教链接，使用子频道号和密码登录，进去监播界面；页面比较简单，主要保证直播安全，如果直播出现问题，点击禁止直播，即可结束直播。直播恢复正常之后，点击恢复直播即可。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显示在线列表：同样使用子频道号和密码登录，进入助教管理界面：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&amp;emsp;&amp;emsp;&amp;emsp;2.1 左边，成员管理，可以对违规成员禁言、禁言ip、踢出操作；对在线观众生效。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&amp;emsp;&amp;emsp;&amp;emsp;2.2 禁言：禁言后，当前观众发言消息仅自己可见，还可以禁IP，禁IP后该IP所有观众的发言都仅自己可见，可能导致误伤的情况。如果有这种情况，可以在在线列表-已禁言名单中解除限制。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&amp;emsp;&amp;emsp;&amp;emsp;2.3 踢出：可以踢出违规观众，踢出后观众端将提示未授权观看此直播。若有误踢出的情况，可以解除踢出名单限制。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如果有PPT翻页权限，可以协助讲师翻页；这里，可以协助讲师发布公告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右边是内容管理，可以删除权限下的违规发言。权限梯度如屏幕所示（管理员&gt;讲师=助教）删除后无法恢复，聊天记录中也不会保留。还可以关闭聊天室。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除此之外，助教还可以发起签到、抽奖、答题、问卷等课堂互动。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使用助教管理直播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