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信息采集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最近更新时间：2026-08-07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信息采集用于在后台创建和管理采集表单。创建后，可在报名、登记观看、福袋等业务场景中复用同一份信息采集表单，统一收集观众提交的姓名、手机号、邮箱、地域等信息。</w:t>
      </w:r>
    </w:p>
    <w:p>
      <w:pPr>
        <w:pStyle w:val="Heading1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当需要在不同直播业务场景中收集用户信息时，可使用信息采集功能。例如：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活动报名前收集报名人信息。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直播登记时收集观众身份信息。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福袋中奖后收集领奖信息。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根据业务需要补充问答、选项、隐私声明等字段。</w:t>
      </w:r>
    </w:p>
    <w:p>
      <w:pPr>
        <w:pStyle w:val="Heading1"/>
      </w:pPr>
      <w:r>
        <w:t>操作教程</w:t>
      </w:r>
    </w:p>
    <w:p>
      <w:pPr>
        <w:pStyle w:val="Heading2"/>
      </w:pPr>
      <w:r>
        <w:t>1. 进入信息采集页面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进入管理后台，选择【应用 &gt; 信息采集】，即可查看已创建的信息采集表单。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ce95dde20da878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483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df4580c14b40f0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483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信息采集列表支持查看以下信息：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当前信息采集表单的名称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当前信息采集被业务引用的次数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总提交人数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当前信息采集累计提交的人数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当前信息采集的创建者；系统创建的默认表单显示为“-”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信息采集最近一次修改时间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系统会默认创建【收货信息】表单，可用于收集实物奖品的领奖信息。可通过搜索框按信息采集名称进行模糊搜索。</w:t>
      </w:r>
    </w:p>
    <w:p>
      <w:pPr>
        <w:pStyle w:val="Heading2"/>
      </w:pPr>
      <w:r>
        <w:t>2. 新建信息采集并配置信息采集字段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在信息采集列表点击【新建信息采集】，进入新建页，可在顶部填写【信息采集名称】，按需配置表单字段，最后点击【保存】。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1267607d52623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信息采集支持添加以下字段类型：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收集用户手机号，可按需配置手机号区号和短信验证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收集用户姓名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选项题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设置单个或多个选项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收集用户填写的文本回答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收集用户邮箱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纯文本展示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收集数字类内容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收集用户所在地域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用于展示隐私声明内容，并要求用户阅读或勾选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手机号开启短信验证后，用户填写表单时需获取并输入短信验证码。验证码校验通过后，即可完成手机号验证。该能力同样适用于福袋领奖信息填写场景。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添加字段后，可在右侧【字段设置】中配置字段名称、是否必填、提示语、选项等内容。不同字段类型支持的配置项可能不同，请以页面实际展示为准。</w:t>
      </w:r>
    </w:p>
    <w:p>
      <w:pPr>
        <w:pStyle w:val="Heading2"/>
      </w:pPr>
      <w:r>
        <w:t>3. 用户信息同步说明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开启用户管理系统后，用户每次提交信息采集时，以下字段会默认同步到用户信息：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姓名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手机号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邮箱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地域</w:t>
      </w:r>
    </w:p>
    <w:p>
      <w:pPr>
        <w:pStyle w:val="Heading2"/>
      </w:pPr>
      <w:r>
        <w:t>4. 查看信息采集详情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在信息采集列表中，点击【详情】可查看该信息采集的数据概览、用户信息和关联记录。</w:t>
      </w:r>
    </w:p>
    <w:p>
      <w:pPr>
        <w:pStyle w:val="Heading3"/>
      </w:pPr>
      <w:r>
        <w:t>数据概览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详情页展示以下数据：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昨日提交次数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昨日 00:00-24:00 产生的采集记录总数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总提交次数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该信息采集自创建以来累计产生的记录总数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被关联次数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当前信息采集被直播业务引用的次数</w:t>
            </w:r>
          </w:p>
        </w:tc>
      </w:tr>
    </w:tbl>
    <w:p>
      <w:pPr>
        <w:spacing w:after="40"/>
      </w:pPr>
    </w:p>
    <w:p>
      <w:pPr>
        <w:pStyle w:val="Heading3"/>
      </w:pPr>
      <w:r>
        <w:t>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【用户信息】页签展示用户提交记录，包括用户信息、提交时间和操作。每次提交均生成一条记录。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开启用户管理系统后，可通过【用户详情】进入用户详情页，查看该用户历次提交的信息采集记录及完整填写内容。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58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12579e0001bd4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5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141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822fbbad01e76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1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点击【采集明细】，可在右侧抽屉中查看该次提交的完整内容。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364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7836b4cd316379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3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关联记录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【关联记录】页签按业务展示信息采集的使用情况。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627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c276a2c677519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627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列表包含：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业务名称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已采集信息数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操作列支持：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点击【查看详情】，打开对应的业务详情页。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点击【导出数据】，导出当前业务下的采集信息。</w:t>
      </w:r>
    </w:p>
    <w:p>
      <w:pPr>
        <w:pStyle w:val="Heading2"/>
      </w:pPr>
      <w:r>
        <w:t>5. 编辑信息采集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在信息采集列表中，点击【编辑】可调整信息采集名称、字段配置、隐私声明等内容。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删除已经产生采集数据的字段时，系统会提示确认。确认删除后，该字段不再展示。</w:t>
      </w:r>
    </w:p>
    <w:p>
      <w:pPr>
        <w:pStyle w:val="Heading2"/>
      </w:pPr>
      <w:r>
        <w:t>6. 删除信息采集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在信息采集列表中，点击【删除】可删除信息采集。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系统默认创建的【收货信息】表单暂不支持删除。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若信息采集正在被业务关联，暂不支持删除。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若信息采集未被业务关联，确认后即可删除。</w:t>
      </w:r>
    </w:p>
    <w:p>
      <w:pPr>
        <w:pStyle w:val="Heading2"/>
      </w:pPr>
      <w:r>
        <w:t>7. 权限说明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平台设置的角色权限中，提供【信息采集】权限节点。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152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2003d41b8ca71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1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默认角色【管理员】默认勾选该权限。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其他角色默认不勾选，可由管理员按需授权。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信息采集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