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主播、嘉宾合规提示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主播、嘉宾合规提示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在主播、嘉宾进入直播间时，弹出注意事项阅读弹窗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直播间管理者设置需要主播、嘉宾阅读并确认的内容，以履行告知义务、增强风险意识、体现监管要求、减少主播、嘉宾损失等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常见于直播内容有一定风险或直播内容牵扯到主播、嘉宾权益的直播场景，需要主播、嘉宾阅读管理人提前设置的服务协议或风险告知方可进入直播间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912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00db7e5217a23a6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91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Heading2"/>
      </w:pPr>
      <w:r>
        <w:t>1、后台设置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（1）登录保利威后台，进入单个频道的合规风控选项中，找到“主播嘉宾合规提示”功能。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123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e3e44a689e93d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12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（2）这里以主播合规提示为例进行演示，点击编辑按钮，然后进行内容设置，分别输入标题、内容。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198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d335aa92e2f99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19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3484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5020b871b3d3e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3484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（3）点击插入协议可以选择两种模式上传协议文件；直接上传与外链跳转，输入完协议名称点击确认按钮协议上传完成。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6932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b46f73358bde2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693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（4）打开开关，合规提示弹窗即会显示在对应端。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36261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92a5aceb260c7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362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2、主播、嘉宾使用效果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a.网页开播端效果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7651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fc9a64df3bcabc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765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b.移动端开播效果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20217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cbfefb09d9542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2021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主播、嘉宾合规提示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