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云席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支持在直播间中设置虚拟座位，并区分嘉宾、VIP 与普通观众的展示位置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用于在直播中明确不同参与角色，方便快速识别重要参与者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适用于商务会议、内部会议等需要突出重点人物的直播场景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进入「直播列表」页面，选中直播点击「详情」，在直播间管理模块处点击「营销互动」-「云席」，开启云席功能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1ef38882e7f85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d8248f0fc23f0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2.功能介绍</w:t>
      </w:r>
    </w:p>
    <w:p>
      <w:pPr>
        <w:pStyle w:val="Heading3"/>
      </w:pPr>
      <w:r>
        <w:t>（1）模拟会场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云席中拥有三类人群，分别为嘉宾、VIP、观众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VIP观看方式：支持设置VIP观众的观看条件，作为筛选VIP观众的入场门槛，具体操作配置可点击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VIP座位数：支持设置VIP观众与普通观众的座位数（建议为18的倍数，最大504）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无座观众海报文案：当座位已满员时，可设置后入场无座位的观众是否展示海报文案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544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026acdb92766e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54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（2）竖向列表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云席中拥有三类人群，分别为嘉宾、VIP、观众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到场人员按照属性分至功能类目下竖向展示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6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219050f168b84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3.嘉宾席设置</w:t>
      </w:r>
    </w:p>
    <w:p>
      <w:pPr>
        <w:pStyle w:val="Heading3"/>
      </w:pPr>
      <w:r>
        <w:t>（1）添加嘉宾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添加头像与昵称，补充内容并保存即可添加成功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690eb563c1c6f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（2）嘉宾席功能介绍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推送更新：推送后，全部观众无需刷新页面即可看到最新嘉宾信息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支持对嘉宾进行排序、编辑、删除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支持批量导入嘉宾，导出嘉宾列表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编辑并保存即可完成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512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6c8e06bc69176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5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4.装修页面开启功能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点击「直播装修」-「功能设置」-「云席」，开启云席功能后保存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 端暂不支持云席，支持上传一张图片作为云席的替代展示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bd4eea1e52d8ef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三、观看页效果展示</w:t>
      </w:r>
    </w:p>
    <w:p>
      <w:pPr>
        <w:pStyle w:val="Heading2"/>
      </w:pPr>
      <w:r>
        <w:t>1. H5移动端观看页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模拟会场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58074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c0fb88c69f3de5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5807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竖向列表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4304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205633c9b7c260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430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2.网页端观看页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2257627b240c2f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四、常见问题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常见问题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问题原因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解决方案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云席-普通席位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普通席位坐不上去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客户频道VIP坐席和普通坐席都没有设置条件，导致系统无法判断进入的观众是VIP坐席还是普通坐席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设置VIP观看方式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云席-tab栏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设置了云席功能之后，观看页没有对应的tab显示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目前云席功能只支持红色主题或白色主题皮肤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页面装修中切换红色主题或白色主题皮肤即可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云席-头像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客户部分坐席观众不显示头像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1、跳过了整微信授权，没传递微信头像给聊天室 2、设置了白名单观看，不会获取微信信息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1、后续建议客户开启强制微信授权 2、关闭白名单观看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云席-布局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云席功能的座位可以手动进行安排吗？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不可以，云席座位是通过进入顺序，依次排列的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云席-邀请海报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云席点击邀请没有跳转到邀请海报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账号或者频道关闭了微信授权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联系技术支持，开启账号或频道微信授权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云席-tab栏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PC端进去观看页，看不到云席功能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云席只支持移动端，PC端只支持展示后台配置的图片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云席-邀请海报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账号已经关闭了云席功能，旧的频道中生成邀请海报功能还是带有云席座位信息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旧频道数据库中还保存有云席功能，暂不支持在关闭功能后同步到旧频道数据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联系技术支持，针对频道进行关闭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云席-邀请海报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观看页邀请榜海报与上传的海报不一致，海报文字莫名多出“欢迎进入直播间”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是由于开通了【云席无座观众海报文案】功能，导致客户在同时使用了【云席】和【邀请榜】功能时，生成的海报中自定义文字会出现，文字悬浮在云席上时，误以为是云席自带的文字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关闭【云席无座观众海报文案】功能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云席-邀请海报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云席功能嘉宾证一直加载中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客户设置的邀请海报不是自定义海报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邀请海报必须设置为自定义海报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云席-竖向列表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云席竖向列表中只显示嘉宾席按钮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目前运行竖向列表只能展示嘉宾席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开通了云席功能，但是后台没有显示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开通后，新创建的频道才有云席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1、新创建一个频道，可使用云席功能 2、如旧频道需要使用云席功能，请把频道号，发送给您的专属售后技术支持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云席-自定义文案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在线下会场每种类型坐席，都会有对应的标识文案来进行区分，请问线上允许可以自定义文案吗？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VIP席和普通观众座位席，目前不支持自定义文案，无座观众可以自定义海报文案，8个字符内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云席-嘉宾席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目前嘉宾席最多可以添加多少位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目前支持添加51位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云席-观看条件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VIP坐席和普通坐席是怎么来区分的呢？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1、如频道需设置观看条件，又同时开启了云席功能，那么此时需要选择一个主要观看条件，和一个次要的 2、后台-云席，有个VIP进入方式，选择哪种方式，对应使用这种观看条件进入的用户就是VIP坐席的，另外一种方式进入就是普通坐席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有两个直播间，一个主会场和一个分会场，请问云席观众会展示在哪个直播间？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多会场时，云席只能用在主会场，分会场不支持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