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批量新建直播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批量新建直播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让用户快速使用保利威直播批量新建直播频道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 -&gt; 批量新建 -&gt; 配置直播信息 -&gt; 设置新建数量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批量新建直播频道、设置开播信息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功能入口</w:t>
      </w:r>
    </w:p>
    <w:p>
      <w:pPr>
        <w:pStyle w:val="Heading3"/>
      </w:pPr>
      <w:r>
        <w:t>· 使用路径直播列表 -&gt; 批量新建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93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fe370cd890816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93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功能配置</w:t>
      </w:r>
    </w:p>
    <w:p>
      <w:pPr>
        <w:pStyle w:val="Heading3"/>
      </w:pPr>
      <w:r>
        <w:t>· 批量新建时，直播名称的命名规则将按照"名称-1"、"名称-2"、"名称-3"的规律命名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14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09eeabcf9800a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1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587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d28827929985b2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5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新建频道每次最多支持新建100个频道，具体规则为：当账号支持新建数量&gt;100时，最多支持新建100个频道；当账号支持新建数量&lt;100时，支持新建剩余新建数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69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8c00564a8bde5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69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922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d222a3d790519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9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勾选频道后，支持修改封面、修改名称、移除，移除直播间需要二次确认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699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a6d1f16a8af50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69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699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1c22fdd7f4315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69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点击保存后，返回到直播列表页，并卡片提示“批量创建中”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820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eb6a3205e9e8a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8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稍作等待，批量新建完成会明确告知当前任务状态，且将批量新建的频道开播信息下载至“数据下载中心”，点击卡片超链“数据下载中心”，可弹出相关弹窗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254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2d3c668893f77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25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929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c9d91a2cece87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92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在新建直播过程中，小机率会遇到未知错误，若遇到新建失败，系统会提示新建失败的频道名称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2790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3b2407c085cb3b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279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· 批量新建完成后，即可在直播列表查看相应频道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批量新建直播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