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封禁用户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封禁用户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功能位置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管理后台-平台设置-封禁用户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支持对用户进行频道级别/平台级别的禁言或踢出处理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维护直播间秩序，防止不当言论和恶意行为，营造良好的互动环境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全平台封禁用户、频道封禁用户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3054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b29ad2ab01ae56d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305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 全平台封禁用户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1、进入管理后台，在应用中找到“封禁用户”，进入封禁用户——全平台封禁用户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6e1191f4109f5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4ca4c3effb3a8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2、添加封禁用户：可以通过用户id精准全平台封禁指定用户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若全平台禁言用户，则用户将无法在所有直播间发言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若全平台踢出用户，则用户无法进入所有直播间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1ed0402fb368a1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3、列表展示的是已经被全平台禁言/踢出的用户列表</w:t>
      </w:r>
    </w:p>
    <w:p>
      <w:pPr>
        <w:pStyle w:val="Heading2"/>
      </w:pPr>
      <w:r>
        <w:t>2. 频道封禁用户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1、进入管理后台，在应用中找到“封禁用户”，进入封禁用户——频道封禁用户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6e1191f4109f5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f91738d911ad4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2、添加封禁用户：可以通过频道号、用户id精准封禁用户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针对频道禁言用户，则用户将无法在该直播间发言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针对频道踢出用户，则用户无法进入该直播间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824ba7f24fd65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3、列表展示的是每个频道被禁言/踢出的用户列表</w:t>
      </w:r>
    </w:p>
    <w:p>
      <w:pPr>
        <w:pStyle w:val="Heading2"/>
      </w:pPr>
      <w:r>
        <w:t>3. 补充说明</w:t>
      </w:r>
    </w:p>
    <w:p>
      <w:pPr>
        <w:pStyle w:val="Heading3"/>
      </w:pPr>
      <w:r>
        <w:t>子账号权限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位置：管理后台-子账号管理-角色权限-“全平台封禁用户”&amp;“频道封禁用户”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注：「管理员」角色默认拥有“全平台封禁用户”&amp;“频道封禁用户”权限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封禁用户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