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后台改版操作指南</w:t>
      </w:r>
    </w:p>
    <w:p>
      <w:pPr>
        <w:pStyle w:val="Heading1"/>
      </w:pPr>
      <w:r>
        <w:t>一、功能上线时间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本次涉及到的功能均于 2026 年 4 月 3 日，00:00 上线</w:t>
      </w:r>
    </w:p>
    <w:p>
      <w:pPr>
        <w:pStyle w:val="Heading1"/>
      </w:pPr>
      <w:r>
        <w:t>二、改版目标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本次改版是对直播后台管理体验的一次整体优化。核心目标是减少操作过程中不必要的跳转和滚动，让直播管理、活动配置、参数设置更顺手。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本指南将帮助快速了解三处改动的新操作方式。</w:t>
      </w:r>
    </w:p>
    <w:p>
      <w:pPr>
        <w:pStyle w:val="Heading1"/>
      </w:pPr>
      <w:r>
        <w:t>三、改版介绍</w:t>
      </w:r>
    </w:p>
    <w:p>
      <w:pPr>
        <w:pStyle w:val="Heading2"/>
      </w:pPr>
      <w:r>
        <w:t>1. 直播详情页</w:t>
      </w:r>
    </w:p>
    <w:p>
      <w:pPr>
        <w:pStyle w:val="Heading3"/>
      </w:pPr>
      <w:r>
        <w:t>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直播列表页，点击任意频道卡片或列表行，即可在浏览器新标签页进入该频道的直播详情页。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路径：云直播后台 › 直播列表 › 点击频道卡片/列表行 › 新标签页打开频道详情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43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0f84ae3006f20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43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436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de319966c97f7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43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新版页面功能介绍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频道详情页在浏览器新标签页中全屏展示，侧边导航栏隐藏。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页面内的所有功能模块（直播间管理、直播监控、角色设置、直播装修、观看条件、营销互动、文档资源、合规风控、直播分发、AI 服务、回放设置、回放列表、直播统计等）均保持不变，操作方式与改版前完全一致。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新增能力：支持同时打开多个频道标签页并行管理，互不干扰。关闭当前标签页即可回到直播列表。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436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de319966c97f7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43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新旧版本对比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旧版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新版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1.当前页面内跳转  2. 侧边一级导航始终显示 3. 点击面包屑「返回列表」  4. 每次只能查看一个频道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新标签页全屏打开2. 隐藏一级导航栏，操作空间更充足 3. 支持同时打开多个频道并行管理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4631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800e0a188b6b0e5-doc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46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4631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800e0a188b6b0e5-doc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46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2"/>
      </w:pPr>
      <w:r>
        <w:t>2. 营销互动&amp;直播装修</w:t>
      </w:r>
    </w:p>
    <w:p>
      <w:pPr>
        <w:pStyle w:val="Heading3"/>
      </w:pPr>
      <w:r>
        <w:t>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进入频道详情页后，在左侧功能菜单中找到「营销互动」入口。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路径：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频道详情页 › 营销互动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825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9f86bc855ddf2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频道详情页 › 直播装修 › 功能设置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659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d9705444533c3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65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新版页面功能介绍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【营销互动】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功能菜单从顶部横向标签调整为左侧竖向菜单，并且分类展示。菜单内所有功能项完整保留。竖向菜单释放了页面垂直高度，配置多项活动时可显著减少上下滚动操作。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【直播装修】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功能设置模块从顶部横向标签调整为左侧竖向菜单，菜单内所有功能项完整保留。</w:t>
      </w:r>
    </w:p>
    <w:p>
      <w:pPr>
        <w:pStyle w:val="Heading3"/>
      </w:pPr>
      <w:r>
        <w:t>新旧版本对比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旧版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新版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顶部横向标签排列配置内容多时需频繁上下滚动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左侧竖向菜单排列释放屏幕高度，减少上下滚动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营销互动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26725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ad9705444533c3a-docx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267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20667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62af838dfe4922c-docx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2066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直播装修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20667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62af838dfe4922c-docx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2066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16123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c4c85e9afb29e59-docx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1612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2"/>
      </w:pPr>
      <w:r>
        <w:t>3. 直播通用设置</w:t>
      </w:r>
    </w:p>
    <w:p>
      <w:pPr>
        <w:pStyle w:val="Heading3"/>
      </w:pPr>
      <w:r>
        <w:t>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改版前路径（已停用）：设置 › 频道设置 / 客户端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改版后路径：云直播后台 › 直播 › 直播通用设置</w:t>
      </w:r>
    </w:p>
    <w:p>
      <w:pPr>
        <w:pStyle w:val="Heading3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「直播通用设置」整合了原「频道设置」与「客户端」的全部配置项，功能内容无任何删减。所有与直播相关的配置均可在该模块内完成，无需跨模块跳转。</w:t>
      </w:r>
    </w:p>
    <w:p>
      <w:pPr>
        <w:pStyle w:val="Heading3"/>
      </w:pPr>
      <w:r>
        <w:t>新旧版本对比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新入口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内容变化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 &gt; 频道设置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52471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a0f50597e42b374-docx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524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 &gt; 直播通用设置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64631"/>
                  <wp:docPr id="13" name="Picture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7fab8cb6fb3649e-docx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6463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功能完整保留，仅入口迁移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 &gt; 客户端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297905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6db59d9cbc1ff61-docx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29790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 &gt; 直播通用设置</w:t>
            </w: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53941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2c9e8829a77fb1f-docx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539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功能完整保留，与频道设置合并</w:t>
            </w:r>
          </w:p>
        </w:tc>
      </w:tr>
    </w:tbl>
    <w:p>
      <w:pPr>
        <w:spacing w:after="40"/>
      </w:pPr>
    </w:p>
    <w:p>
      <w:pPr>
        <w:pStyle w:val="Heading1"/>
      </w:pPr>
      <w:r>
        <w:t>四、常见问题解答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Q1：点进频道后侧边菜单消失了，是出现了问题吗？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A：这是改版后的正常表现。频道详情页现在会在新标签页中全屏打开，侧边导航栏隐藏，所有功能完全正常。如需返回直播列表，关闭当前标签页即可。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Q2：如何从频道详情页回到直播列表？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A：关闭当前浏览器标签页或者点击返回列表即可回到直播列表。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Q3：营销互动的菜单位置变了，功能是否有删减？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A：功能没有任何删减。菜单从顶部横向排列调整为左侧竖向排列，所有功能项完整保留，仅布局位置发生了变化。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Q4：找不到「频道设置」和「客户端」入口了，去哪里了？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A：两项入口已合并为「直播通用设置」，迁移至直播一级菜单下（与直播列表同层级）。所有原有配置项完整保留，功能没有任何变化。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Q5：改版后我之前的配置会丢失吗？需要重新设置吗？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A：不会丢失，无需重新设置。本次改版仅调整界面交互方式，所有直播配置、历史数据、回放内容均完整保留。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后台改版操作指南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