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视频库-字幕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视频库-字幕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功能，能够自动或手动地为回放视频生成对应的字幕。该字幕会依据直播中的语音内容进行生成。用户可以对生成的字幕进行校对，确保字幕准确无误地呈现直播内容。​校对完成后，用户可以选择将字幕发布。同时，用户还能下载字幕文件，方便在其他场景下使用。对于不再需要的字幕，用户也能执行删除操作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提升内容准确性、增强观看体验、满足多样化需求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教育直播回放、会议直播回放、娱乐直播回放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82612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365a481a841b484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82612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注意事项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1、需要联系商务开通“智能字幕”功能2、素材库账号也可以使用智能字幕功能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1、首先打开直播间后台，找到视频库，其中，暂存列表和回放列表中的视频操作都有字幕功能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399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f84f9cb0b466b1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39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2、在该直播间有直播暂存或直播回放后，点击生成字幕，可以为该视频生成字幕文件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399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50c064aa63f0cf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39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3、等待一段时间后，可以发现字幕已经生成完毕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399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e2711c6989c31e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39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校对字幕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1、点击校对字幕，可以进入字幕管理页面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399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9008d6b70e9903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39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2、点击显示时间点，可以对每一个字幕存在于视频中的起止时间段进行微调操作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399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dfbc33e94d3362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39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3、点击新增或删除，可以新增或删除一段字幕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399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9f896c237f3437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39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4、点击查找替换文字，可以进行批量替换字幕操作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3997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9b2081eab8ff7bc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39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5、点击保存并发布，可以将字幕按照设定时间段显示到观看页回放中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3997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9046e0e697e38c7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39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发布字幕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可以直接在当前页面进行字幕发布操作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3997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a50c7e9e8639a46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39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下载字幕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以zip压缩包格式下载字幕文件到本地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3997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2eaf180539389e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39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删除字幕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删除视频字幕文件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3997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f2cf08fc468b212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39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三、效果展示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移动端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竖屏设置：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730496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c80747df728ad5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7304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5692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ce9ba34c0e95fb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56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PC端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3997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fb730b16c143cd7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3997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视频库-字幕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