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积分管理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使用「积分管理」需先开通「用户管理」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当前版本支持通过任务奖励发放积分、手动发积分、线下核销积分。更多功能在快马加鞭开发中。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积分管理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客户可以通过保利威管理后台设置积分任务奖励、手动发放与核销积分，助力客户构建积分奖励体系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提升直播间活跃度，增强观众参与感与忠诚度，促进用户粘性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举例：客户可以在直播过程中设置积分奖励任务，比如观众可以通过签到或在线时长获得积分。观众在直播间积累的积分，可用于线下门店兑换商品等，提高到店率与商品转化率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积分有效期设置、数据概览、积分任务奖励设置、手动发积分、手动核销积分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1. 功能入口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使用路径：云直播-平台设置-积分管理-打开【功能开关】（需先开通「用户管理」功能）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打开功能开关后：在直播-直播列表-直播间管理-营销-任务奖励-奖励内容处新增“积分”类型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关闭功能开关时：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正在进行的积分任务奖励不受影响；用户可以继续完成任务获得积分，获得的积分依旧是有效的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用户已经获取的积分不受影响；若有设置有效期，会按照设置的有效期正常清零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1ff0b97436b1b1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积分有效期设置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位置：云直播-平台设置-积分管理-通用设置-有效期设置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修改积分有效期后，所有用户的所有积分的有效期都会修改，请谨慎操作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自定义设置有效期后，到期当日23:59:59所有用户的积分都会过期清零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积分有效期设置：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默认为永久有效：也即积分永远不会过期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自定义过期时间：设置每年X月X日过期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若设置30/31/28/29日，系统会自动判定是否为有效日；若为无效日期则会自动修正到前一日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举例1:若设置9月31日，因为9月没有31日，会自动修正到9月30日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举例2:若设置2月29日，会判定首次清空当年的2月是否有29日，若无，则修正为2月28日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查看操作记录：点击可以查看积分有效期设置/功能开关/积分清零的记录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6814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8147d3da5ffb4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681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积分发放方式</w:t>
      </w:r>
    </w:p>
    <w:p>
      <w:pPr>
        <w:pStyle w:val="Heading3"/>
      </w:pPr>
      <w:r>
        <w:t>3.1 通过任务奖励发放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支持使用任务奖励发放积分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位置：直播-直播列表-直播间管理-营销-任务奖励-新建任务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功能介绍：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任务奖励内容支持选择“积分”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“积分”数量仅支持整数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其他规则设置与原有任务奖励功能保持一致（任务奖励功能帮助文档：https://help.polyv.net/index.html#/live/product/live_tools_interactive/live_task_rewards )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c54ff90ce6bdb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3.2 手动发放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位置：云直播-平台设置-积分管理-用户列表-发积分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5cd27c8514659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支持批量发积分：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fe37c504b9fdc6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手动发放积分规则说明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积分数量：必填项；只能输入自然数；单次发放积分数量最多为9999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操作原因：必填项；限制50个字符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点击【确认发放】后，积分会发给对应的用户，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不可以撤回操作，请谨慎操作</w:t>
      </w:r>
    </w:p>
    <w:p>
      <w:pPr>
        <w:pStyle w:val="Heading2"/>
      </w:pPr>
      <w:r>
        <w:t>4. 积分消耗方式</w:t>
      </w:r>
    </w:p>
    <w:p>
      <w:pPr>
        <w:pStyle w:val="Heading3"/>
      </w:pPr>
      <w:r>
        <w:t>4.1 手动核销积分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位置：云直播-平台设置-积分管理-用户列表-核销积分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84002eac268021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支持批量核销积分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9be4870ff8d782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手动核销积分规则说明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核销数量：必选项；支持单次核销全部积分或自定义核销积分数量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操作原因：必填项；限制50个字符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点击【确认核销】后，会核销用户的对应积分，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不可以撤回操作，请谨慎操作</w:t>
      </w:r>
    </w:p>
    <w:p>
      <w:pPr>
        <w:pStyle w:val="Heading2"/>
      </w:pPr>
      <w:r>
        <w:t>5. 数据管理</w:t>
      </w:r>
    </w:p>
    <w:p>
      <w:pPr>
        <w:pStyle w:val="Heading3"/>
      </w:pPr>
      <w:r>
        <w:t>5.1 数据概览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描述：可查看当前运营账号下，积分的发放/消耗总览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用户可用积分：当前运营账号下，可供用户使用的积分总数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用户累计获得积分：当前运营账号下，累计给用户发放的积分总数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用户累计消耗积分：当前运营账号下，用户累计消耗的积分总数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7477dbb24f433f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5.2 用户列表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描述：可查看当前运营账号下，有领取过积分的所有用户的信息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支持筛选首次获取积分时间/昵称/手机号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支持导出列表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支持导入用户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c7fb1c6f650dae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点击“明细”可以查看该用户的积分明细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00c419ac17e9c4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5.3 积分明细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描述：可查看当前运营账号下，所有用户的积分领取明细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支持筛选操作时间/积分类型/用户ID/手机号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注意：操作时间为积分实际发放时间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通过任务奖励发放的积分的“操作时间”，相较于观众端的“任务达成时间”晚5min左右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cd95bfae7c4eaa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观众端</w:t>
      </w:r>
    </w:p>
    <w:p>
      <w:pPr>
        <w:pStyle w:val="Heading3"/>
      </w:pPr>
      <w:r>
        <w:t>6.1 积分任务奖励入口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使用路径：观看页-聊天-点击【任务奖励】-完成对应的积分任务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332098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9461c1d49cf1b6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3320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6.2查看积分任务奖励记录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使用路径1:观看页-聊天-点击【任务奖励】-点击【查看奖励】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使用路径2:观看页-聊天-点击【任务奖励】-点击【我的奖励】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使用路径3:观看页-更多-点击【我的奖励】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2843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830c5ea6d7f97c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284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6.3 查看积分明细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使用路径：个人中心-积分-查看积分明细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提示：需配合页面管理-个人中心使用；展示近3个月的积分明细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167773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3f06d8c05860784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16777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积分管理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