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平台商品库</w:t>
      </w:r>
    </w:p>
    <w:p>
      <w:pPr>
        <w:pStyle w:val="Heading1"/>
      </w:pPr>
      <w:r>
        <w:t>一、功能概览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功能信息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平台商品库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功能介绍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相较于频道商品库，向平台商品库中添加的商品能够在所有直播间的商品库中被调用；使用方法：添加商品时先将商品添加到全局库中，然后在特定频道通过平台商品库添加到该频道商品库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使用目的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对于某些通用商品，可以选择添加至平台商品库，以免每一个直播间都重复新建相同商品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使用场景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直播带货、直播带课、直播带岗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操作路径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826126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20e724d6285bd865-docx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82612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40"/>
      </w:pPr>
    </w:p>
    <w:p>
      <w:pPr>
        <w:pStyle w:val="Heading1"/>
      </w:pPr>
      <w:r>
        <w:t>二、使用说明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进入直播后台，打开平台设置——商品管理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在该页面可以进行新建商品（详见2）、导入商品（详见3）、复制商品（详见4）、编辑商品、删除商品、贴标签、添加至频道等操作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63104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99a68c142c66398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6310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点击新建商品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15082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30764f89af9c3e8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1508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点击导入商品，可分别下载普通产品、金融产品、职位产品模板，在本地表格中填写好后，再上传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24255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f59de2359b0c707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242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导入流程：下载对应产品类型模板 -&gt; 表格中填写信息 -&gt; 上传文件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导入文件中包含的视频、图片等素材，需提前上传至素材库，导入时系统会将上传素材名称和素材库素材名称进行对应匹配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支持下载导入失败数据，可根据失败原因修改后重新导入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点击复制商品，通过「复制」的方式快速新建平台商品，提升新建相似/同类商品的效率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21197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cde59c06b23b914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2119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将商品快速分配到多个频道，在商品列表勾选商品后点击「添加至频道」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69219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67eee9c66da5ebe-docx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6921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在不同频道商品库中引用同一个平台商品，进入频道——营销互动——商品库——添加商品——从平台商品库添加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02852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3119d42f75d15e2-docx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0285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勾选在平台商品库添加的商品，点击确认，即添加成功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02852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b02fdc0341069cb-docx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0285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点击去添加商品，即可跳转到平台商品库添加页面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02852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c71c465e2941676-docx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0285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三、使用注意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未进行认证、或进行了个人认证的用户，将无法使用频道或平台商品库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93680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a9ab937373956a4-docx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93680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Relationship Id="rId16" Type="http://schemas.openxmlformats.org/officeDocument/2006/relationships/image" Target="media/image7.jpg"/><Relationship Id="rId17" Type="http://schemas.openxmlformats.org/officeDocument/2006/relationships/image" Target="media/image8.jpg"/><Relationship Id="rId18" Type="http://schemas.openxmlformats.org/officeDocument/2006/relationships/image" Target="media/image9.jpg"/><Relationship Id="rId19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平台商品库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