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直播概览</w:t>
      </w:r>
    </w:p>
    <w:p>
      <w:pPr>
        <w:pStyle w:val="Heading1"/>
      </w:pPr>
      <w:r>
        <w:t>一、直播概览介绍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概览是集中展示【常用功能】【直播数据】【直播管理】【我的服务】【直播高研院】【常见问题】六大核心模块与【公告栏】【轮播图】两个最新产品动态模块的总览页面；方便运营者快速掌控全局，无需在多个功能页面间切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26b408c1c589bf0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二、常用功能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「常用功能」模块下放置了「新建直播」「聚合页」「数据查询」「视频创作」高频常用功能的快捷入口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点击功能图标，即可直达功能界面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cca0e99b992076c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三、直播数据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「直播数据」模块下展示7天内的（不含当日）相关直播数据，包含观看人次、最高同时在线、聊天互动、直播时长四大指标，可快速查看相关数据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526f9c851e109f2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四、直播管理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「直播管理」模块下将直播按照时间与状态进行划分，具体为「直播中」、「待直播」、「回放中」、「已结束」四种状态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点击「查看更多」可跳转至直播列表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b9ebc1dcd95203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五、我的服务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「我的服务」模块下放置了「推流开播」、「商品管理」、「开发者中心」、「画面监控」、「数据监控」等服务功能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点击功能图标，即可跳转至相关界面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点击「画面监控」可进入直播监控墙，集中查看当前账号下正在直播中的画面。子账号仅能查看自身权限范围内正在直播中的画面。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点击「数据监控」可进入直播间数据监控页面，集中查看当前账号下正在直播中的运营数据。子账号仅能查看自身权限范围内正在直播中的数据。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159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54ad0baa0ea0e74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15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六、直播高研院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「直播高研院」模块聚合了实战课程库的热门课程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点击标题即可跳转查看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a41e17c3e691b45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七、常见问题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「常见问题」模块下整理了操作使用的高频问题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点击文档标题即可跳转查看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4e7101213883c8f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八、推送更新</w:t>
      </w:r>
    </w:p>
    <w:p>
      <w:pPr>
        <w:pStyle w:val="Heading2"/>
      </w:pPr>
      <w:r>
        <w:t>1.公告栏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点击推送标题可跳转至对应公告进行查看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点击【更多】进入公告列表，可查看产品功能更新及相关公告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06b45ddcfce749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2.轮播图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点击可跳转至产品功能说明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8d82d3538ceb79b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直播概览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