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直播中控台</w:t>
      </w:r>
    </w:p>
    <w:p>
      <w:pPr>
        <w:pStyle w:val="Heading1"/>
      </w:pPr>
      <w:r>
        <w:t>1.什么是直播中控台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直播中控台是直播过程中的统一管理与监控中心，将互动玩法、流程管控、内容审核与客户洞察等能力集中在一个页面中，帮助直播团队高效协作、稳定控场。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使用目的：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保障内容安全：实时监控音视频与聊天内容，降低违规风险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维护互动秩序：管理观众发言与行为，营造良好互动氛围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提升直播效率：集中操作关键功能，减少多端切换与沟通成本</w:t>
      </w:r>
    </w:p>
    <w:p>
      <w:pPr>
        <w:pStyle w:val="Heading1"/>
      </w:pPr>
      <w:r>
        <w:t>2.如何登录直播中控台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通过管理后台直接登录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适用角色：管理后台的管理员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登录路径：在「管理后台 - 直播监控 - 直播中控台」直接进入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500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5a0e656577f78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500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 功能概览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PC端中控台界面主要分为五个核心区域，以实现对直播的全面掌控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直播画面区：位于界面中心，用于实时查看直播画面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聊天互动区：位于界面右侧，用于管理和查看观众的实时互动，包括聊天、提问、问答和在线人员列表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营销工具区：集成了签到、抽奖、红包、商品库等多种互动工具，是提升直播效果和观众参与度的核心功能区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内容审核区：用于审核聊天消息和监控直播音视频内容，确保直播环境的合规性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客户管理区：洞察客户观看与互动行为，识别重点客户，高效定向跟进</w:t>
      </w:r>
    </w:p>
    <w:p>
      <w:pPr>
        <w:pStyle w:val="Heading1"/>
      </w:pPr>
      <w:r>
        <w:t>4.操作说明</w:t>
      </w:r>
    </w:p>
    <w:p>
      <w:pPr>
        <w:pStyle w:val="Heading2"/>
      </w:pPr>
      <w:r>
        <w:t>4.1 聊天互动区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查看消息：可在「聊天」、「提问」、「问答」标签页下查看不同类型的观众消息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提问&amp;问答需要在管理后台-聊天室开启对应开关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管理观众：在「在线人数」标签页，可查看当前所有观众的列表；对于单个观众，可进行禁言、踢出、回复评论、私聊或点赞夸奖等操作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全体禁言：一键禁止所有观众发言，适用于需要集中讲解或维持秩序的场景</w:t>
      </w:r>
    </w:p>
    <w:p>
      <w:pPr>
        <w:pStyle w:val="Heading2"/>
      </w:pPr>
      <w:r>
        <w:t>4.2 营销工具区-实时趋势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支持展示近2小时/近1小时的频道在线人数趋势（主讲、助教等特殊角色不会被统计）、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171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f4451c0135cf7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1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4.3 营销工具区-应用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签到：用于统计到场人数或作为活动参与凭证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签到-帮助文档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公告：将重要信息以醒目的方式展示在直播间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问卷/答题卡：用于收集观众反馈、进行市场调研或检验学习效果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问卷-帮助文档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答题卡-帮助文档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抽奖：通过多种抽奖形式活跃气氛，提升观众参与度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抽奖-帮助文档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红包：支持发放现金或外部积分红包，是快速提升直播间热度的有效工具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红包-帮助文档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卡片推送：将预设的商品链接、公众号名片等信息以卡片形式推送给所有观众，有效引导转化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卡片推送-帮助文档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59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ad1a910c045aa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5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4.4 营销工具区-商品库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商品库是实现直播带货的核心功能区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商品库-帮助文档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商品列表：商品库分为「已上架」和「已下架」两个列表，分别管理在售和已下架的商品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添加与搜索：点击“添加商品”可录入新商品信息，也可通过名称快速搜索已有商品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核心操作：对于“已上架”的商品，可进行以下操作：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推送：以小卡片或大卡片的形式，在直播间醒目地展示商品，引导观众下单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排序/置顶：调整商品在列表中的顺序，或将爆款商品置顶显示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下架：将商品移入“已下架”列表，观众将无法再看到或购买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隐藏价格/开价：可根据直播节奏控制商品价格的显示和隐藏，从而吸引观众下单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商品讲解：可以为商品录制讲解视频，观众在直播中随时回看商品讲解，精彩片段不错过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商品讲解-帮助文档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设为售罄：可以根据直播销售节奏，灵活将外链商品设为售罄、取消售罄（直接购买商品暂不支持此操作）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949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bf581a8b74609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94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4.5 内容审核区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聊天审核：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可按需选择AI智能审核或人工审核模式，拦截不当发言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同时支持设置免审白名单和严禁词库，实现自动化过滤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严禁词-帮助文档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风险审核：此功能需要开通，且只有管理员登录可见；用于对音视频内容进行严格把控，识别违规风险，防止产生负面影响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视频审核-帮助文档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音频审核-帮助文档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837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93ea38070e769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83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4.6 客户管理区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位置：实时趋势-企微客户跟进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注意：账号需要接入企微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e0e893ade01884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503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675976fe6d5887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5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4.7 顶部操作栏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顶部展示直播间名称、直播状态、主讲信息、频道号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支持在下载导出的数据、切换深浅模式、切换中控台布局、查看全部直播中的频道的推流画面，切换账号、中断直播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387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c5a0392ca04139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3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437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bb9766186b0c0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437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直播中控台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