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直播间信息</w:t>
      </w:r>
    </w:p>
    <w:p/>
    <w:p>
      <w:pPr>
        <w:pStyle w:val="Heading1"/>
      </w:pPr>
      <w:r>
        <w:t>一、功能概览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功能信息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:-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功能介绍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用户在直播间信息页，可以查看与修改直播间的关键信息、进行更换直播方式、修改开播密码等操作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使用目的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概览直播间信息、方便管理直播间、灵活调整直播信息等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使用场景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通用直播场景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功能清单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 信息修改：频道名称、登录密码、特邀观众密码、开播时间、主讲、分类、标签； 2. 快捷查看：直播数据大屏、中控台； 3. 更换直播方式； 4. 快捷开播</w:t>
            </w:r>
          </w:p>
        </w:tc>
      </w:tr>
    </w:tbl>
    <w:p>
      <w:pPr>
        <w:spacing w:after="40"/>
      </w:pPr>
    </w:p>
    <w:p>
      <w:pPr>
        <w:pStyle w:val="Heading1"/>
      </w:pPr>
      <w:r>
        <w:t>二、使用说明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在直播列表中进入的直播间信息页（另起标签页打开）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4997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717f19114d284e3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499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0321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9d38390b269c9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0321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1. 信息修改</w:t>
      </w:r>
    </w:p>
    <w:p>
      <w:pPr>
        <w:pStyle w:val="Heading3"/>
      </w:pPr>
      <w:r>
        <w:t>频道名称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悬浮频道名称，点击「编辑」图标即可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点击「编辑」后，弹窗内容修改频道名称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8217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2fd2824770ccd1f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821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登录密码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悬浮频道登录密码，出现「编辑」图标后，出现弹窗可进行修改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点击「显示」/「隐藏」图标，可对频道登录密码进行显示/脱敏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35051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860306f6f8f105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350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797824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2b100ff4bf24aa2-docx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79782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特邀观众密码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点击特邀观众密码后「修改」，可对密码进行修改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40268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1ea8f2e8e54ab82-docx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4026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开播时间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悬浮开播时间，点击「编辑」图标后，可在出现的悬浮窗进行修改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悬浮窗内，仅可对开播时间进行修改，时区仅做展示，若要修改时区，可前往「编辑直播间」进行修改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0052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d25227bc25ae9d-docx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005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主讲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悬浮主讲，出现下拉编辑框，点击后出现下拉选择器，可在选择器内进行主讲选择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选择器内支持使用关键词对主讲进行搜索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38471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089f3b03a8b17c-docx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384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分类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悬浮分类，出现「编辑」图标后，悬浮窗内进行修改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悬浮窗的选择器支持使用关键词对分类进行搜索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93506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c6d8dcbb5c703f5-docx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935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标签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悬浮标签，出现「编辑」图标后，悬浮窗内可进行修改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悬浮窗内的选择器支持使用关键词对标签进行搜索，可对标签进行多选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点击「+n」，弹窗显示频道关联的标签信息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984334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817009a1e15fb3a-docx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98433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36312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086b4fca4bee247-docx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363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2. 快捷查看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点击按钮后，可快速跳转直播数据大屏页面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点击按钮后，可快速跳转中控台页面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09692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0867ae471eb9573-docx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096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3. 更换直播方式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更换开播方式，点击「更换直播方式」可以选择性的更换为直播、伪直播、拉流直播、音频直播。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具体可以参阅文档：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https://help.polyv.net/index.html#/live/product/live_form/live_other/live_fake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308431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bc0cd951e451688-docx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308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4. 快捷开播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快捷开播，点击“网页开播”按钮，将直接登入直播间（可免密登录）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290086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9d7b2c2e9a1337-docx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290086"/>
                    </a:xfrm>
                    <a:prstGeom prst="rect"/>
                  </pic:spPr>
                </pic:pic>
              </a:graphicData>
            </a:graphic>
          </wp:inline>
        </w:drawing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image" Target="media/image6.jpg"/><Relationship Id="rId16" Type="http://schemas.openxmlformats.org/officeDocument/2006/relationships/image" Target="media/image7.jpg"/><Relationship Id="rId17" Type="http://schemas.openxmlformats.org/officeDocument/2006/relationships/image" Target="media/image8.jpg"/><Relationship Id="rId18" Type="http://schemas.openxmlformats.org/officeDocument/2006/relationships/image" Target="media/image9.jpg"/><Relationship Id="rId19" Type="http://schemas.openxmlformats.org/officeDocument/2006/relationships/image" Target="media/image10.jpg"/><Relationship Id="rId20" Type="http://schemas.openxmlformats.org/officeDocument/2006/relationships/image" Target="media/image11.jpg"/><Relationship Id="rId21" Type="http://schemas.openxmlformats.org/officeDocument/2006/relationships/image" Target="media/image12.jpg"/><Relationship Id="rId22" Type="http://schemas.openxmlformats.org/officeDocument/2006/relationships/image" Target="media/image13.jpg"/><Relationship Id="rId23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直播间信息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